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2551"/>
        <w:gridCol w:w="2551"/>
        <w:gridCol w:w="2551"/>
        <w:gridCol w:w="2551"/>
      </w:tblGrid>
      <w:tr>
        <w:tc>
          <w:tcPr>
            <w:tcW w:type="dxa" w:w="1871"/>
            <w:shd w:val="clear" w:color="auto" w:fill="E7F3EC"/>
          </w:tcPr>
          <w:p>
            <w:r>
              <w:rPr>
                <w:b/>
                <w:color w:val="0A6338"/>
                <w:sz w:val="15"/>
              </w:rPr>
              <w:t>OS DE CONSERTO</w:t>
            </w:r>
          </w:p>
        </w:tc>
        <w:tc>
          <w:tcPr>
            <w:tcW w:type="dxa" w:w="3232"/>
          </w:tcPr>
          <w:p>
            <w:sdt>
              <w:sdtPr>
                <w:rPr>
                  <w:rFonts w:ascii="Arial" w:hAnsi="Arial" w:cs="Arial"/>
                  <w:sz w:val="18"/>
                </w:rPr>
                <w:alias w:val="OS de conserto"/>
                <w:tag w:val="OS de conserto"/>
                <w:id w:val="844013363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A94A3"/>
                    <w:sz w:val="18"/>
                  </w:rPr>
                  <w:t xml:space="preserve">nº da OS — serviço</w:t>
                </w:r>
              </w:sdtContent>
            </w:sdt>
          </w:p>
        </w:tc>
        <w:tc>
          <w:tcPr>
            <w:tcW w:type="dxa" w:w="1871"/>
            <w:shd w:val="clear" w:color="auto" w:fill="E7F3EC"/>
          </w:tcPr>
          <w:p>
            <w:r>
              <w:rPr>
                <w:b/>
                <w:color w:val="0A6338"/>
                <w:sz w:val="15"/>
              </w:rPr>
              <w:t>TV</w:t>
            </w:r>
          </w:p>
        </w:tc>
        <w:tc>
          <w:tcPr>
            <w:tcW w:type="dxa" w:w="3232"/>
          </w:tcPr>
          <w:p>
            <w:r>
              <w:rPr>
                <w:rFonts w:ascii="Arial" w:hAnsi="Arial" w:cs="Arial"/>
                <w:sz w:val="18"/>
              </w:rPr>
              <w:t xml:space="preserve">OS </w:t>
            </w:r>
            <w:sdt>
              <w:sdtPr>
                <w:rPr>
                  <w:rFonts w:ascii="Arial" w:hAnsi="Arial" w:cs="Arial"/>
                  <w:sz w:val="18"/>
                </w:rPr>
                <w:alias w:val="OS da TV"/>
                <w:tag w:val="OS da TV"/>
                <w:id w:val="844013364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A94A3"/>
                    <w:sz w:val="18"/>
                  </w:rPr>
                  <w:t xml:space="preserve">nº da OS de TV</w:t>
                </w:r>
              </w:sdtContent>
            </w:sdt>
            <w:r>
              <w:rPr>
                <w:rFonts w:ascii="Arial" w:hAnsi="Arial" w:cs="Arial"/>
                <w:sz w:val="18"/>
              </w:rPr>
              <w:t xml:space="preserve"> — </w:t>
            </w:r>
            <w:sdt>
              <w:sdtPr>
                <w:rPr>
                  <w:rFonts w:ascii="Arial" w:hAnsi="Arial" w:cs="Arial"/>
                  <w:sz w:val="18"/>
                </w:rPr>
                <w:alias w:val="Data da TV"/>
                <w:tag w:val="Data da TV"/>
                <w:id w:val="844013365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/>
                    <w:color w:val="8A94A3"/>
                    <w:sz w:val="18"/>
                  </w:rPr>
                  <w:t xml:space="preserve">data</w:t>
                </w:r>
              </w:sdtContent>
            </w:sdt>
          </w:p>
        </w:tc>
      </w:tr>
      <w:tr>
        <w:tc>
          <w:tcPr>
            <w:tcW w:type="dxa" w:w="1871"/>
            <w:shd w:val="clear" w:color="auto" w:fill="E7F3EC"/>
          </w:tcPr>
          <w:p>
            <w:r>
              <w:rPr>
                <w:b/>
                <w:color w:val="0A6338"/>
                <w:sz w:val="15"/>
              </w:rPr>
              <w:t>REDE</w:t>
            </w:r>
          </w:p>
        </w:tc>
        <w:tc>
          <w:tcPr>
            <w:tcW w:type="dxa" w:w="3232"/>
          </w:tcPr>
          <w:p>
            <w:r>
              <w:rPr>
                <w:rFonts w:ascii="Arial" w:hAnsi="Arial" w:cs="Arial"/>
                <w:sz w:val="18"/>
              </w:rPr>
              <w:t xml:space="preserve">DN </w:t>
            </w:r>
            <w:sdt>
              <w:sdtPr>
                <w:rPr>
                  <w:rFonts w:ascii="Arial" w:hAnsi="Arial" w:cs="Arial"/>
                  <w:sz w:val="18"/>
                </w:rPr>
                <w:alias w:val="DN"/>
                <w:tag w:val="DN"/>
                <w:id w:val="844013366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A94A3"/>
                    <w:sz w:val="18"/>
                  </w:rPr>
                  <w:t xml:space="preserve">200</w:t>
                </w:r>
              </w:sdtContent>
            </w:sdt>
            <w:r>
              <w:rPr>
                <w:rFonts w:ascii="Arial" w:hAnsi="Arial" w:cs="Arial"/>
                <w:sz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</w:rPr>
                <w:alias w:val="Material"/>
                <w:tag w:val="Material"/>
                <w:id w:val="844013367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A94A3"/>
                    <w:sz w:val="18"/>
                  </w:rPr>
                  <w:t xml:space="preserve">MBV</w:t>
                </w:r>
              </w:sdtContent>
            </w:sdt>
            <w:r>
              <w:rPr>
                <w:rFonts w:ascii="Arial" w:hAnsi="Arial" w:cs="Arial"/>
                <w:sz w:val="18"/>
              </w:rPr>
              <w:t xml:space="preserve"> — PV </w:t>
            </w:r>
            <w:sdt>
              <w:sdtPr>
                <w:rPr>
                  <w:rFonts w:ascii="Arial" w:hAnsi="Arial" w:cs="Arial"/>
                  <w:sz w:val="18"/>
                </w:rPr>
                <w:alias w:val="PV montante"/>
                <w:tag w:val="PV montante"/>
                <w:id w:val="844013368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A94A3"/>
                    <w:sz w:val="18"/>
                  </w:rPr>
                  <w:t xml:space="preserve">montante</w:t>
                </w:r>
              </w:sdtContent>
            </w:sdt>
            <w:r>
              <w:rPr>
                <w:rFonts w:ascii="Arial" w:hAnsi="Arial" w:cs="Arial"/>
                <w:sz w:val="18"/>
              </w:rPr>
              <w:t xml:space="preserve"> → PV </w:t>
            </w:r>
            <w:sdt>
              <w:sdtPr>
                <w:rPr>
                  <w:rFonts w:ascii="Arial" w:hAnsi="Arial" w:cs="Arial"/>
                  <w:sz w:val="18"/>
                </w:rPr>
                <w:alias w:val="PV jusante"/>
                <w:tag w:val="PV jusante"/>
                <w:id w:val="844013369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A94A3"/>
                    <w:sz w:val="18"/>
                  </w:rPr>
                  <w:t xml:space="preserve">jusante</w:t>
                </w:r>
              </w:sdtContent>
            </w:sdt>
            <w:r>
              <w:rPr>
                <w:rFonts w:ascii="Arial" w:hAnsi="Arial" w:cs="Arial"/>
                <w:sz w:val="18"/>
              </w:rPr>
              <w:t xml:space="preserve"> · </w:t>
            </w:r>
            <w:sdt>
              <w:sdtPr>
                <w:rPr>
                  <w:rFonts w:ascii="Arial" w:hAnsi="Arial" w:cs="Arial"/>
                  <w:sz w:val="18"/>
                </w:rPr>
                <w:alias w:val="Extensão"/>
                <w:tag w:val="Extensão"/>
                <w:id w:val="844013370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A94A3"/>
                    <w:sz w:val="18"/>
                  </w:rPr>
                  <w:t xml:space="preserve">0,0</w:t>
                </w:r>
              </w:sdtContent>
            </w:sdt>
            <w:r>
              <w:rPr>
                <w:rFonts w:ascii="Arial" w:hAnsi="Arial" w:cs="Arial"/>
                <w:sz w:val="18"/>
              </w:rPr>
              <w:t xml:space="preserve"> m</w:t>
            </w:r>
          </w:p>
        </w:tc>
        <w:tc>
          <w:tcPr>
            <w:tcW w:type="dxa" w:w="1871"/>
            <w:shd w:val="clear" w:color="auto" w:fill="E7F3EC"/>
          </w:tcPr>
          <w:p>
            <w:r>
              <w:rPr>
                <w:b/>
                <w:color w:val="0A6338"/>
                <w:sz w:val="15"/>
              </w:rPr>
              <w:t>MÉTODO</w:t>
            </w:r>
          </w:p>
        </w:tc>
        <w:tc>
          <w:tcPr>
            <w:tcW w:type="dxa" w:w="3232"/>
          </w:tcPr>
          <w:p>
            <w:sdt>
              <w:sdtPr>
                <w:rPr>
                  <w:rFonts w:ascii="Arial" w:hAnsi="Arial" w:cs="Arial"/>
                  <w:sz w:val="18"/>
                </w:rPr>
                <w:alias w:val="Método"/>
                <w:tag w:val="Método"/>
                <w:id w:val="844013371"/>
                <w:text/>
              </w:sdtPr>
              <w:sdtContent>
                <w:r>
                  <w:rPr>
                    <w:rFonts w:ascii="Arial" w:hAnsi="Arial" w:cs="Arial"/>
                    <w:sz w:val="18"/>
                  </w:rPr>
                  <w:t xml:space="preserve">Reparo pontual interno, sem escavação</w:t>
                </w:r>
              </w:sdtContent>
            </w:sdt>
          </w:p>
        </w:tc>
      </w:tr>
    </w:tbl>
    <w:p>
      <w:pPr>
        <w:spacing w:after="40"/>
        <w:jc w:val="center"/>
      </w:pPr>
      <w:sdt>
        <w:sdtPr>
          <w:rPr>
            <w:rFonts w:ascii="Arial" w:hAnsi="Arial" w:cs="Arial"/>
            <w:sz w:val="18"/>
          </w:rPr>
          <w:alias w:val="Croqui"/>
          <w:tag w:val="Croqui"/>
          <w:id w:val="844013372"/>
          <w:showingPlcHdr/>
          <w:picture/>
        </w:sdtPr>
        <w:sdtContent>
          <w:r>
            <w:drawing>
              <wp:inline xmlns:a="http://schemas.openxmlformats.org/drawingml/2006/main" xmlns:pic="http://schemas.openxmlformats.org/drawingml/2006/picture">
                <wp:extent cx="6480810" cy="396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_quadro_croqui.png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0810" cy="396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60"/>
        <w:jc w:val="both"/>
      </w:pPr>
      <w:r>
        <w:rPr>
          <w:rFonts w:ascii="Arial" w:hAnsi="Arial" w:cs="Arial"/>
          <w:b/>
          <w:color w:val="0A6338"/>
          <w:sz w:val="20"/>
        </w:rPr>
        <w:t xml:space="preserve">Defeito: </w:t>
      </w:r>
      <w:sdt>
        <w:sdtPr>
          <w:rPr>
            <w:rFonts w:ascii="Arial" w:hAnsi="Arial" w:cs="Arial"/>
            <w:sz w:val="20"/>
          </w:rPr>
          <w:alias w:val="Defeito"/>
          <w:tag w:val="Defeito"/>
          <w:id w:val="844013373"/>
          <w:showingPlcHdr/>
        </w:sdtPr>
        <w:sdtContent>
          <w:r>
            <w:rPr>
              <w:rFonts w:ascii="Arial" w:hAnsi="Arial" w:cs="Arial"/>
              <w:color w:val="8A94A3"/>
              <w:sz w:val="20"/>
            </w:rPr>
            <w:t xml:space="preserve">clique e descreva o defeito visto na TV (tipo, DN, pontos, caixa de inspeção).</w:t>
          </w:r>
        </w:sdtContent>
      </w:sdt>
    </w:p>
    <w:p>
      <w:pPr>
        <w:spacing w:after="60"/>
        <w:jc w:val="both"/>
      </w:pPr>
      <w:r>
        <w:rPr>
          <w:rFonts w:ascii="Arial" w:hAnsi="Arial" w:cs="Arial"/>
          <w:b/>
          <w:color w:val="0A6338"/>
          <w:sz w:val="20"/>
        </w:rPr>
        <w:t xml:space="preserve">Execução: </w:t>
      </w:r>
      <w:sdt>
        <w:sdtPr>
          <w:rPr>
            <w:rFonts w:ascii="Arial" w:hAnsi="Arial" w:cs="Arial"/>
            <w:sz w:val="20"/>
          </w:rPr>
          <w:alias w:val="Execução"/>
          <w:tag w:val="Execução"/>
          <w:id w:val="844013374"/>
          <w:showingPlcHdr/>
        </w:sdtPr>
        <w:sdtContent>
          <w:r>
            <w:rPr>
              <w:rFonts w:ascii="Arial" w:hAnsi="Arial" w:cs="Arial"/>
              <w:color w:val="8A94A3"/>
              <w:sz w:val="20"/>
            </w:rPr>
            <w:t xml:space="preserve">clique e descreva a execução (limpeza com hidrojato, packer + manta, acesso).</w:t>
          </w:r>
        </w:sdtContent>
      </w:sdt>
    </w:p>
    <w:p>
      <w:pPr>
        <w:spacing w:after="60"/>
        <w:jc w:val="both"/>
      </w:pPr>
      <w:r>
        <w:rPr>
          <w:rFonts w:ascii="Arial" w:hAnsi="Arial" w:cs="Arial"/>
          <w:b/>
          <w:color w:val="0A6338"/>
          <w:sz w:val="20"/>
        </w:rPr>
        <w:t xml:space="preserve">Solicitação: </w:t>
      </w:r>
      <w:sdt>
        <w:sdtPr>
          <w:rPr>
            <w:rFonts w:ascii="Arial" w:hAnsi="Arial" w:cs="Arial"/>
            <w:sz w:val="20"/>
          </w:rPr>
          <w:alias w:val="Solicitação"/>
          <w:tag w:val="Solicitação"/>
          <w:id w:val="844013375"/>
        </w:sdtPr>
        <w:sdtContent>
          <w:r>
            <w:rPr>
              <w:rFonts w:ascii="Arial" w:hAnsi="Arial" w:cs="Arial"/>
              <w:sz w:val="20"/>
            </w:rPr>
            <w:t xml:space="preserve">Solicitamos a autorização para execução do reparo pontual por método não destrutivo (MND) ou, se for o caso, manta CIPP, referente à OS ____.</w:t>
          </w:r>
        </w:sdtContent>
      </w:sdt>
    </w:p>
    <w:p>
      <w:pPr>
        <w:keepNext/>
        <w:spacing w:before="200" w:after="80"/>
        <w:pBdr>
          <w:bottom w:val="single" w:sz="8" w:space="1" w:color="0A6338"/>
        </w:pBdr>
      </w:pPr>
      <w:r>
        <w:rPr>
          <w:b/>
          <w:color w:val="0A6338"/>
          <w:sz w:val="21"/>
        </w:rPr>
        <w:t>PONTOS INDICADOS NO VÍDEO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45" w:type="dxa"/>
          <w:left w:w="45" w:type="dxa"/>
          <w:bottom w:w="45" w:type="dxa"/>
          <w:right w:w="45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blHeader w:val="true"/>
        </w:trPr>
        <w:tc>
          <w:tcPr>
            <w:tcW w:type="dxa" w:w="567"/>
            <w:shd w:val="clear" w:color="auto" w:fill="0A6338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Nº</w:t>
            </w:r>
          </w:p>
        </w:tc>
        <w:tc>
          <w:tcPr>
            <w:tcW w:type="dxa" w:w="1247"/>
            <w:shd w:val="clear" w:color="auto" w:fill="0A6338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MINUTO DO VÍDEO</w:t>
            </w:r>
          </w:p>
        </w:tc>
        <w:tc>
          <w:tcPr>
            <w:tcW w:type="dxa" w:w="1247"/>
            <w:shd w:val="clear" w:color="auto" w:fill="0A6338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HORÁRIO (CÂMERA)</w:t>
            </w:r>
          </w:p>
        </w:tc>
        <w:tc>
          <w:tcPr>
            <w:tcW w:type="dxa" w:w="1247"/>
            <w:shd w:val="clear" w:color="auto" w:fill="0A6338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METRAGEM</w:t>
            </w:r>
          </w:p>
        </w:tc>
        <w:tc>
          <w:tcPr>
            <w:tcW w:type="dxa" w:w="2495"/>
            <w:shd w:val="clear" w:color="auto" w:fill="0A6338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PROBLEMA</w:t>
            </w:r>
          </w:p>
        </w:tc>
        <w:tc>
          <w:tcPr>
            <w:tcW w:type="dxa" w:w="3402"/>
            <w:shd w:val="clear" w:color="auto" w:fill="0A6338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OBSERVAÇÃO</w:t>
            </w:r>
          </w:p>
        </w:tc>
      </w:tr>
      <w:sdt>
        <w:sdtPr>
          <w:alias w:val="Pontos Indicados No Vídeo"/>
          <w:id w:val="844013412"/>
          <ns0:repeatingSection xmlns:ns0="http://schemas.microsoft.com/office/word/2012/wordml"/>
        </w:sdtPr>
        <w:sdtContent>
          <w:sdt>
            <w:sdtPr>
              <w:alias w:val="Pontos Indicados No Vídeo"/>
              <w:id w:val="844013406"/>
              <ns0:repeatingSectionItem xmlns:ns0="http://schemas.microsoft.com/office/word/2012/wordml"/>
            </w:sdtPr>
            <w:sdtContent>
              <w:tr>
                <w:trPr>
                  <w:trHeight w:val="340" w:hRule="atLeast"/>
                  <w:cantSplit w:val="true"/>
                </w:trPr>
                <w:tc>
                  <w:tcPr>
                    <w:tcW w:type="dxa" w:w="567"/>
                  </w:tcPr>
                  <w:p>
                    <w:pPr>
                      <w:jc w:val="center"/>
                    </w:pPr>
                    <w:fldSimple w:instr=" SEQ Ponto \# 00 "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01</w:t>
                      </w:r>
                    </w:fldSimple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Minuto do vídeo"/>
                        <w:tag w:val="Minuto do vídeo"/>
                        <w:id w:val="844013376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mm:ss</w:t>
                        </w:r>
                      </w:sdtContent>
                    </w:sdt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Horário"/>
                        <w:tag w:val="Horário"/>
                        <w:id w:val="844013377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hh:mm</w:t>
                        </w:r>
                      </w:sdtContent>
                    </w:sdt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Metragem"/>
                        <w:tag w:val="Metragem"/>
                        <w:id w:val="844013378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8"/>
                      </w:rPr>
                      <w:t xml:space="preserve"> m</w:t>
                    </w:r>
                  </w:p>
                </w:tc>
                <w:tc>
                  <w:tcPr>
                    <w:tcW w:type="dxa" w:w="2495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Problema"/>
                        <w:tag w:val="Problema"/>
                        <w:id w:val="844013379"/>
                        <w:showingPlcHdr/>
                        <w:comboBox>
                          <w:listItem w:displayText="Tubo quebrado" w:value="Tubo quebrado"/>
                          <w:listItem w:displayText="Trinca / fissura" w:value="Trinca / fissura"/>
                          <w:listItem w:displayText="Junta deslocada" w:value="Junta deslocada"/>
                          <w:listItem w:displayText="Ramal intrusivo" w:value="Ramal intrusivo"/>
                          <w:listItem w:displayText="Raiz" w:value="Raiz"/>
                          <w:listItem w:displayText="Obstrução / incrustação" w:value="Obstrução / incrustação"/>
                          <w:listItem w:displayText="Abatimento / ovalização" w:value="Abatimento / ovalização"/>
                          <w:listItem w:displayText="Infiltração" w:value="Infiltração"/>
                          <w:listItem w:displayText="Contrapontada / degrau" w:value="Contrapontada / degrau"/>
                          <w:listItem w:displayText="Outro" w:value="Outro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escolha ou digite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Observação"/>
                        <w:tag w:val="Observação"/>
                        <w:id w:val="844013380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clique p/ escrever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alias w:val="Pontos Indicados No Vídeo"/>
              <w:id w:val="844013407"/>
              <ns0:repeatingSectionItem xmlns:ns0="http://schemas.microsoft.com/office/word/2012/wordml"/>
            </w:sdtPr>
            <w:sdtContent>
              <w:tr>
                <w:trPr>
                  <w:trHeight w:val="340" w:hRule="atLeast"/>
                  <w:cantSplit w:val="true"/>
                </w:trPr>
                <w:tc>
                  <w:tcPr>
                    <w:tcW w:type="dxa" w:w="567"/>
                  </w:tcPr>
                  <w:p>
                    <w:pPr>
                      <w:jc w:val="center"/>
                    </w:pPr>
                    <w:fldSimple w:instr=" SEQ Ponto \# 00 "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02</w:t>
                      </w:r>
                    </w:fldSimple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Minuto do vídeo"/>
                        <w:tag w:val="Minuto do vídeo"/>
                        <w:id w:val="844013381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mm:ss</w:t>
                        </w:r>
                      </w:sdtContent>
                    </w:sdt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Horário"/>
                        <w:tag w:val="Horário"/>
                        <w:id w:val="844013382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hh:mm</w:t>
                        </w:r>
                      </w:sdtContent>
                    </w:sdt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Metragem"/>
                        <w:tag w:val="Metragem"/>
                        <w:id w:val="844013383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8"/>
                      </w:rPr>
                      <w:t xml:space="preserve"> m</w:t>
                    </w:r>
                  </w:p>
                </w:tc>
                <w:tc>
                  <w:tcPr>
                    <w:tcW w:type="dxa" w:w="2495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Problema"/>
                        <w:tag w:val="Problema"/>
                        <w:id w:val="844013384"/>
                        <w:showingPlcHdr/>
                        <w:comboBox>
                          <w:listItem w:displayText="Tubo quebrado" w:value="Tubo quebrado"/>
                          <w:listItem w:displayText="Trinca / fissura" w:value="Trinca / fissura"/>
                          <w:listItem w:displayText="Junta deslocada" w:value="Junta deslocada"/>
                          <w:listItem w:displayText="Ramal intrusivo" w:value="Ramal intrusivo"/>
                          <w:listItem w:displayText="Raiz" w:value="Raiz"/>
                          <w:listItem w:displayText="Obstrução / incrustação" w:value="Obstrução / incrustação"/>
                          <w:listItem w:displayText="Abatimento / ovalização" w:value="Abatimento / ovalização"/>
                          <w:listItem w:displayText="Infiltração" w:value="Infiltração"/>
                          <w:listItem w:displayText="Contrapontada / degrau" w:value="Contrapontada / degrau"/>
                          <w:listItem w:displayText="Outro" w:value="Outro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escolha ou digite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Observação"/>
                        <w:tag w:val="Observação"/>
                        <w:id w:val="844013385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clique p/ escrever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alias w:val="Pontos Indicados No Vídeo"/>
              <w:id w:val="844013408"/>
              <ns0:repeatingSectionItem xmlns:ns0="http://schemas.microsoft.com/office/word/2012/wordml"/>
            </w:sdtPr>
            <w:sdtContent>
              <w:tr>
                <w:trPr>
                  <w:trHeight w:val="340" w:hRule="atLeast"/>
                  <w:cantSplit w:val="true"/>
                </w:trPr>
                <w:tc>
                  <w:tcPr>
                    <w:tcW w:type="dxa" w:w="567"/>
                  </w:tcPr>
                  <w:p>
                    <w:pPr>
                      <w:jc w:val="center"/>
                    </w:pPr>
                    <w:fldSimple w:instr=" SEQ Ponto \# 00 "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03</w:t>
                      </w:r>
                    </w:fldSimple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Minuto do vídeo"/>
                        <w:tag w:val="Minuto do vídeo"/>
                        <w:id w:val="844013386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mm:ss</w:t>
                        </w:r>
                      </w:sdtContent>
                    </w:sdt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Horário"/>
                        <w:tag w:val="Horário"/>
                        <w:id w:val="844013387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hh:mm</w:t>
                        </w:r>
                      </w:sdtContent>
                    </w:sdt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Metragem"/>
                        <w:tag w:val="Metragem"/>
                        <w:id w:val="844013388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8"/>
                      </w:rPr>
                      <w:t xml:space="preserve"> m</w:t>
                    </w:r>
                  </w:p>
                </w:tc>
                <w:tc>
                  <w:tcPr>
                    <w:tcW w:type="dxa" w:w="2495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Problema"/>
                        <w:tag w:val="Problema"/>
                        <w:id w:val="844013389"/>
                        <w:showingPlcHdr/>
                        <w:comboBox>
                          <w:listItem w:displayText="Tubo quebrado" w:value="Tubo quebrado"/>
                          <w:listItem w:displayText="Trinca / fissura" w:value="Trinca / fissura"/>
                          <w:listItem w:displayText="Junta deslocada" w:value="Junta deslocada"/>
                          <w:listItem w:displayText="Ramal intrusivo" w:value="Ramal intrusivo"/>
                          <w:listItem w:displayText="Raiz" w:value="Raiz"/>
                          <w:listItem w:displayText="Obstrução / incrustação" w:value="Obstrução / incrustação"/>
                          <w:listItem w:displayText="Abatimento / ovalização" w:value="Abatimento / ovalização"/>
                          <w:listItem w:displayText="Infiltração" w:value="Infiltração"/>
                          <w:listItem w:displayText="Contrapontada / degrau" w:value="Contrapontada / degrau"/>
                          <w:listItem w:displayText="Outro" w:value="Outro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escolha ou digite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Observação"/>
                        <w:tag w:val="Observação"/>
                        <w:id w:val="844013390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clique p/ escrever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alias w:val="Pontos Indicados No Vídeo"/>
              <w:id w:val="844013409"/>
              <ns0:repeatingSectionItem xmlns:ns0="http://schemas.microsoft.com/office/word/2012/wordml"/>
            </w:sdtPr>
            <w:sdtContent>
              <w:tr>
                <w:trPr>
                  <w:trHeight w:val="340" w:hRule="atLeast"/>
                  <w:cantSplit w:val="true"/>
                </w:trPr>
                <w:tc>
                  <w:tcPr>
                    <w:tcW w:type="dxa" w:w="567"/>
                  </w:tcPr>
                  <w:p>
                    <w:pPr>
                      <w:jc w:val="center"/>
                    </w:pPr>
                    <w:fldSimple w:instr=" SEQ Ponto \# 00 "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04</w:t>
                      </w:r>
                    </w:fldSimple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Minuto do vídeo"/>
                        <w:tag w:val="Minuto do vídeo"/>
                        <w:id w:val="844013391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mm:ss</w:t>
                        </w:r>
                      </w:sdtContent>
                    </w:sdt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Horário"/>
                        <w:tag w:val="Horário"/>
                        <w:id w:val="844013392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hh:mm</w:t>
                        </w:r>
                      </w:sdtContent>
                    </w:sdt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Metragem"/>
                        <w:tag w:val="Metragem"/>
                        <w:id w:val="844013393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8"/>
                      </w:rPr>
                      <w:t xml:space="preserve"> m</w:t>
                    </w:r>
                  </w:p>
                </w:tc>
                <w:tc>
                  <w:tcPr>
                    <w:tcW w:type="dxa" w:w="2495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Problema"/>
                        <w:tag w:val="Problema"/>
                        <w:id w:val="844013394"/>
                        <w:showingPlcHdr/>
                        <w:comboBox>
                          <w:listItem w:displayText="Tubo quebrado" w:value="Tubo quebrado"/>
                          <w:listItem w:displayText="Trinca / fissura" w:value="Trinca / fissura"/>
                          <w:listItem w:displayText="Junta deslocada" w:value="Junta deslocada"/>
                          <w:listItem w:displayText="Ramal intrusivo" w:value="Ramal intrusivo"/>
                          <w:listItem w:displayText="Raiz" w:value="Raiz"/>
                          <w:listItem w:displayText="Obstrução / incrustação" w:value="Obstrução / incrustação"/>
                          <w:listItem w:displayText="Abatimento / ovalização" w:value="Abatimento / ovalização"/>
                          <w:listItem w:displayText="Infiltração" w:value="Infiltração"/>
                          <w:listItem w:displayText="Contrapontada / degrau" w:value="Contrapontada / degrau"/>
                          <w:listItem w:displayText="Outro" w:value="Outro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escolha ou digite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Observação"/>
                        <w:tag w:val="Observação"/>
                        <w:id w:val="844013395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clique p/ escrever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alias w:val="Pontos Indicados No Vídeo"/>
              <w:id w:val="844013410"/>
              <ns0:repeatingSectionItem xmlns:ns0="http://schemas.microsoft.com/office/word/2012/wordml"/>
            </w:sdtPr>
            <w:sdtContent>
              <w:tr>
                <w:trPr>
                  <w:trHeight w:val="340" w:hRule="atLeast"/>
                  <w:cantSplit w:val="true"/>
                </w:trPr>
                <w:tc>
                  <w:tcPr>
                    <w:tcW w:type="dxa" w:w="567"/>
                  </w:tcPr>
                  <w:p>
                    <w:pPr>
                      <w:jc w:val="center"/>
                    </w:pPr>
                    <w:fldSimple w:instr=" SEQ Ponto \# 00 "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05</w:t>
                      </w:r>
                    </w:fldSimple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Minuto do vídeo"/>
                        <w:tag w:val="Minuto do vídeo"/>
                        <w:id w:val="844013396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mm:ss</w:t>
                        </w:r>
                      </w:sdtContent>
                    </w:sdt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Horário"/>
                        <w:tag w:val="Horário"/>
                        <w:id w:val="844013397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hh:mm</w:t>
                        </w:r>
                      </w:sdtContent>
                    </w:sdt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Metragem"/>
                        <w:tag w:val="Metragem"/>
                        <w:id w:val="844013398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8"/>
                      </w:rPr>
                      <w:t xml:space="preserve"> m</w:t>
                    </w:r>
                  </w:p>
                </w:tc>
                <w:tc>
                  <w:tcPr>
                    <w:tcW w:type="dxa" w:w="2495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Problema"/>
                        <w:tag w:val="Problema"/>
                        <w:id w:val="844013399"/>
                        <w:showingPlcHdr/>
                        <w:comboBox>
                          <w:listItem w:displayText="Tubo quebrado" w:value="Tubo quebrado"/>
                          <w:listItem w:displayText="Trinca / fissura" w:value="Trinca / fissura"/>
                          <w:listItem w:displayText="Junta deslocada" w:value="Junta deslocada"/>
                          <w:listItem w:displayText="Ramal intrusivo" w:value="Ramal intrusivo"/>
                          <w:listItem w:displayText="Raiz" w:value="Raiz"/>
                          <w:listItem w:displayText="Obstrução / incrustação" w:value="Obstrução / incrustação"/>
                          <w:listItem w:displayText="Abatimento / ovalização" w:value="Abatimento / ovalização"/>
                          <w:listItem w:displayText="Infiltração" w:value="Infiltração"/>
                          <w:listItem w:displayText="Contrapontada / degrau" w:value="Contrapontada / degrau"/>
                          <w:listItem w:displayText="Outro" w:value="Outro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escolha ou digite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Observação"/>
                        <w:tag w:val="Observação"/>
                        <w:id w:val="844013400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clique p/ escrever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alias w:val="Pontos Indicados No Vídeo"/>
              <w:id w:val="844013411"/>
              <ns0:repeatingSectionItem xmlns:ns0="http://schemas.microsoft.com/office/word/2012/wordml"/>
            </w:sdtPr>
            <w:sdtContent>
              <w:tr>
                <w:trPr>
                  <w:trHeight w:val="340" w:hRule="atLeast"/>
                  <w:cantSplit w:val="true"/>
                </w:trPr>
                <w:tc>
                  <w:tcPr>
                    <w:tcW w:type="dxa" w:w="567"/>
                  </w:tcPr>
                  <w:p>
                    <w:pPr>
                      <w:jc w:val="center"/>
                    </w:pPr>
                    <w:fldSimple w:instr=" SEQ Ponto \# 00 "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06</w:t>
                      </w:r>
                    </w:fldSimple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Minuto do vídeo"/>
                        <w:tag w:val="Minuto do vídeo"/>
                        <w:id w:val="844013401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mm:ss</w:t>
                        </w:r>
                      </w:sdtContent>
                    </w:sdt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Horário"/>
                        <w:tag w:val="Horário"/>
                        <w:id w:val="844013402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hh:mm</w:t>
                        </w:r>
                      </w:sdtContent>
                    </w:sdt>
                  </w:p>
                </w:tc>
                <w:tc>
                  <w:tcPr>
                    <w:tcW w:type="dxa" w:w="1247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Metragem"/>
                        <w:tag w:val="Metragem"/>
                        <w:id w:val="844013403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8"/>
                      </w:rPr>
                      <w:t xml:space="preserve"> m</w:t>
                    </w:r>
                  </w:p>
                </w:tc>
                <w:tc>
                  <w:tcPr>
                    <w:tcW w:type="dxa" w:w="2495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Problema"/>
                        <w:tag w:val="Problema"/>
                        <w:id w:val="844013404"/>
                        <w:showingPlcHdr/>
                        <w:comboBox>
                          <w:listItem w:displayText="Tubo quebrado" w:value="Tubo quebrado"/>
                          <w:listItem w:displayText="Trinca / fissura" w:value="Trinca / fissura"/>
                          <w:listItem w:displayText="Junta deslocada" w:value="Junta deslocada"/>
                          <w:listItem w:displayText="Ramal intrusivo" w:value="Ramal intrusivo"/>
                          <w:listItem w:displayText="Raiz" w:value="Raiz"/>
                          <w:listItem w:displayText="Obstrução / incrustação" w:value="Obstrução / incrustação"/>
                          <w:listItem w:displayText="Abatimento / ovalização" w:value="Abatimento / ovalização"/>
                          <w:listItem w:displayText="Infiltração" w:value="Infiltração"/>
                          <w:listItem w:displayText="Contrapontada / degrau" w:value="Contrapontada / degrau"/>
                          <w:listItem w:displayText="Outro" w:value="Outro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escolha ou digite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</w:rPr>
                        <w:alias w:val="Observação"/>
                        <w:tag w:val="Observação"/>
                        <w:id w:val="844013405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8"/>
                          </w:rPr>
                          <w:t xml:space="preserve">clique p/ escrever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>
      <w:pPr>
        <w:jc w:val="left"/>
      </w:pPr>
      <w:r>
        <w:rPr>
          <w:i/>
          <w:color w:val="5B6B81"/>
          <w:sz w:val="14"/>
        </w:rPr>
        <w:t>Para mais linhas, fotos grandes ou ramais (3 por vez): clique no quadro e no + que aparece à direita. Para tirar o que sobrar: botão direito no quadro → Excluir item. (esta nota pode ser apagada)</w:t>
      </w:r>
    </w:p>
    <w:sdt>
      <w:sdtPr>
        <w:alias w:val="Fotos"/>
        <w:id w:val="844013441"/>
        <ns0:repeatingSection xmlns:ns0="http://schemas.microsoft.com/office/word/2012/wordml"/>
      </w:sdtPr>
      <w:sdtContent>
        <w:sdt>
          <w:sdtPr>
            <w:alias w:val="Fotos"/>
            <w:id w:val="844013437"/>
            <ns0:repeatingSectionItem xmlns:ns0="http://schemas.microsoft.com/office/word/2012/wordml"/>
          </w:sdtPr>
          <w:sdtContent>
            <w:p>
              <w:pPr>
                <w:pageBreakBefore/>
                <w:spacing w:after="40"/>
                <w:jc w:val="center"/>
              </w:pPr>
              <w:sdt>
                <w:sdtPr>
                  <w:rPr>
                    <w:rFonts w:ascii="Arial" w:hAnsi="Arial" w:cs="Arial"/>
                    <w:sz w:val="18"/>
                  </w:rPr>
                  <w:alias w:val="Foto"/>
                  <w:tag w:val="Foto"/>
                  <w:id w:val="844013413"/>
                  <w:showingPlcHdr/>
                  <w:picture/>
                </w:sdtPr>
                <w:sdtContent>
                  <w:r>
                    <w:drawing>
                      <wp:inline xmlns:a="http://schemas.openxmlformats.org/drawingml/2006/main" xmlns:pic="http://schemas.openxmlformats.org/drawingml/2006/picture">
                        <wp:extent cx="6480810" cy="5940000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_quadro_foto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80810" cy="594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sdtContent>
              </w:sdt>
            </w:p>
            <w:p>
              <w:pPr>
                <w:spacing w:after="60"/>
                <w:jc w:val="center"/>
              </w:pPr>
              <w:r>
                <w:rPr>
                  <w:rFonts w:ascii="Arial" w:hAnsi="Arial" w:cs="Arial"/>
                  <w:b/>
                  <w:color w:val="0A6338"/>
                  <w:sz w:val="18"/>
                </w:rPr>
                <w:t xml:space="preserve">FOTO </w:t>
              </w:r>
              <w:fldSimple w:instr=" SEQ Foto \# 00 ">
                <w:r>
                  <w:rPr>
                    <w:rFonts w:ascii="Arial" w:hAnsi="Arial" w:cs="Arial"/>
                    <w:b/>
                    <w:color w:val="0A6338"/>
                    <w:sz w:val="18"/>
                  </w:rPr>
                  <w:t xml:space="preserve">01</w:t>
                </w:r>
              </w:fldSimple>
              <w:r>
                <w:rPr>
                  <w:rFonts w:ascii="Arial" w:hAnsi="Arial" w:cs="Arial"/>
                  <w:b/>
                  <w:color w:val="0A6338"/>
                  <w:sz w:val="18"/>
                </w:rPr>
                <w:t xml:space="preserve"> — </w:t>
              </w:r>
              <w:sdt>
                <w:sdtPr>
                  <w:rPr>
                    <w:rFonts w:ascii="Arial" w:hAnsi="Arial" w:cs="Arial"/>
                    <w:sz w:val="18"/>
                  </w:rPr>
                  <w:alias w:val="Legenda"/>
                  <w:tag w:val="Legenda"/>
                  <w:id w:val="844013414"/>
                  <w:showingPlcHdr/>
                  <w:text/>
                </w:sdtPr>
                <w:sdtContent>
                  <w:r>
                    <w:rPr>
                      <w:rFonts w:ascii="Arial" w:hAnsi="Arial" w:cs="Arial"/>
                      <w:color w:val="8A94A3"/>
                      <w:sz w:val="18"/>
                    </w:rPr>
                    <w:t xml:space="preserve">clique para escrever a legenda da foto</w:t>
                  </w:r>
                </w:sdtContent>
              </w:sdt>
            </w:p>
            <w:tbl>
              <w:tblPr>
                <w:tblW w:type="auto" w:w="0"/>
                <w:tblLook w:firstColumn="1" w:firstRow="1" w:lastColumn="0" w:lastRow="0" w:noHBand="0" w:noVBand="1" w:val="04A0"/>
                <w:tblBorders>
                  <w:top w:val="single" w:sz="4" w:space="0" w:color="C9D2DC"/>
                  <w:left w:val="single" w:sz="4" w:space="0" w:color="C9D2DC"/>
                  <w:bottom w:val="single" w:sz="4" w:space="0" w:color="C9D2DC"/>
                  <w:right w:val="single" w:sz="4" w:space="0" w:color="C9D2DC"/>
                  <w:insideH w:val="single" w:sz="4" w:space="0" w:color="C9D2DC"/>
                  <w:insideV w:val="single" w:sz="4" w:space="0" w:color="C9D2DC"/>
                </w:tblBorders>
                <w:tblCellMar>
                  <w:top w:w="45" w:type="dxa"/>
                  <w:left w:w="45" w:type="dxa"/>
                  <w:bottom w:w="45" w:type="dxa"/>
                  <w:right w:w="45" w:type="dxa"/>
                </w:tblCellMar>
              </w:tblPr>
              <w:tblGrid>
                <w:gridCol w:w="2551"/>
                <w:gridCol w:w="2551"/>
                <w:gridCol w:w="2551"/>
                <w:gridCol w:w="2551"/>
              </w:tblGrid>
              <w:tr>
                <w:trPr>
                  <w:cantSplit w:val="true"/>
                </w:trPr>
                <w:tc>
                  <w:tcPr>
                    <w:tcW w:type="dxa" w:w="1914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MINUTO DO VÍDEO</w:t>
                    </w:r>
                  </w:p>
                </w:tc>
                <w:tc>
                  <w:tcPr>
                    <w:tcW w:type="dxa" w:w="1914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HORÁRIO (CÂMERA)</w:t>
                    </w:r>
                  </w:p>
                </w:tc>
                <w:tc>
                  <w:tcPr>
                    <w:tcW w:type="dxa" w:w="1914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METRAGEM</w:t>
                    </w:r>
                  </w:p>
                </w:tc>
                <w:tc>
                  <w:tcPr>
                    <w:tcW w:type="dxa" w:w="4465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PROBLEMA</w:t>
                    </w:r>
                  </w:p>
                </w:tc>
              </w:tr>
              <w:tr>
                <w:trPr>
                  <w:cantSplit w:val="true"/>
                </w:trPr>
                <w:tc>
                  <w:tcPr>
                    <w:tcW w:type="dxa" w:w="1914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Minuto do vídeo"/>
                        <w:tag w:val="Minuto do vídeo"/>
                        <w:id w:val="844013415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mm:ss</w:t>
                        </w:r>
                      </w:sdtContent>
                    </w:sdt>
                  </w:p>
                </w:tc>
                <w:tc>
                  <w:tcPr>
                    <w:tcW w:type="dxa" w:w="1914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Horário"/>
                        <w:tag w:val="Horário"/>
                        <w:id w:val="844013416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hh:mm</w:t>
                        </w:r>
                      </w:sdtContent>
                    </w:sdt>
                  </w:p>
                </w:tc>
                <w:tc>
                  <w:tcPr>
                    <w:tcW w:type="dxa" w:w="1914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Metragem"/>
                        <w:tag w:val="Metragem"/>
                        <w:id w:val="844013417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20"/>
                      </w:rPr>
                      <w:t xml:space="preserve"> m</w:t>
                    </w:r>
                  </w:p>
                </w:tc>
                <w:tc>
                  <w:tcPr>
                    <w:tcW w:type="dxa" w:w="4465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Problema"/>
                        <w:tag w:val="Problema"/>
                        <w:id w:val="844013418"/>
                        <w:showingPlcHdr/>
                        <w:comboBox>
                          <w:listItem w:displayText="Tubo quebrado" w:value="Tubo quebrado"/>
                          <w:listItem w:displayText="Trinca / fissura" w:value="Trinca / fissura"/>
                          <w:listItem w:displayText="Junta deslocada" w:value="Junta deslocada"/>
                          <w:listItem w:displayText="Ramal intrusivo" w:value="Ramal intrusivo"/>
                          <w:listItem w:displayText="Raiz" w:value="Raiz"/>
                          <w:listItem w:displayText="Obstrução / incrustação" w:value="Obstrução / incrustação"/>
                          <w:listItem w:displayText="Abatimento / ovalização" w:value="Abatimento / ovalização"/>
                          <w:listItem w:displayText="Infiltração" w:value="Infiltração"/>
                          <w:listItem w:displayText="Contrapontada / degrau" w:value="Contrapontada / degrau"/>
                          <w:listItem w:displayText="Outro" w:value="Outro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escolha ou digite o problema</w:t>
                        </w:r>
                      </w:sdtContent>
                    </w:sdt>
                  </w:p>
                </w:tc>
              </w:tr>
            </w:tbl>
            <w:p>
              <w:pPr>
                <w:spacing w:after="0"/>
              </w:pPr>
              <w:r>
                <w:rPr>
                  <w:sz w:val="4"/>
                </w:rPr>
              </w:r>
            </w:p>
          </w:sdtContent>
        </w:sdt>
        <w:sdt>
          <w:sdtPr>
            <w:alias w:val="Fotos"/>
            <w:id w:val="844013438"/>
            <ns0:repeatingSectionItem xmlns:ns0="http://schemas.microsoft.com/office/word/2012/wordml"/>
          </w:sdtPr>
          <w:sdtContent>
            <w:p>
              <w:pPr>
                <w:pageBreakBefore/>
                <w:spacing w:after="40"/>
                <w:jc w:val="center"/>
              </w:pPr>
              <w:sdt>
                <w:sdtPr>
                  <w:rPr>
                    <w:rFonts w:ascii="Arial" w:hAnsi="Arial" w:cs="Arial"/>
                    <w:sz w:val="18"/>
                  </w:rPr>
                  <w:alias w:val="Foto"/>
                  <w:tag w:val="Foto"/>
                  <w:id w:val="844013419"/>
                  <w:showingPlcHdr/>
                  <w:picture/>
                </w:sdtPr>
                <w:sdtContent>
                  <w:r>
                    <w:drawing>
                      <wp:inline xmlns:a="http://schemas.openxmlformats.org/drawingml/2006/main" xmlns:pic="http://schemas.openxmlformats.org/drawingml/2006/picture">
                        <wp:extent cx="6480810" cy="5940000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_quadro_foto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80810" cy="594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sdtContent>
              </w:sdt>
            </w:p>
            <w:p>
              <w:pPr>
                <w:spacing w:after="60"/>
                <w:jc w:val="center"/>
              </w:pPr>
              <w:r>
                <w:rPr>
                  <w:rFonts w:ascii="Arial" w:hAnsi="Arial" w:cs="Arial"/>
                  <w:b/>
                  <w:color w:val="0A6338"/>
                  <w:sz w:val="18"/>
                </w:rPr>
                <w:t xml:space="preserve">FOTO </w:t>
              </w:r>
              <w:fldSimple w:instr=" SEQ Foto \# 00 ">
                <w:r>
                  <w:rPr>
                    <w:rFonts w:ascii="Arial" w:hAnsi="Arial" w:cs="Arial"/>
                    <w:b/>
                    <w:color w:val="0A6338"/>
                    <w:sz w:val="18"/>
                  </w:rPr>
                  <w:t xml:space="preserve">02</w:t>
                </w:r>
              </w:fldSimple>
              <w:r>
                <w:rPr>
                  <w:rFonts w:ascii="Arial" w:hAnsi="Arial" w:cs="Arial"/>
                  <w:b/>
                  <w:color w:val="0A6338"/>
                  <w:sz w:val="18"/>
                </w:rPr>
                <w:t xml:space="preserve"> — </w:t>
              </w:r>
              <w:sdt>
                <w:sdtPr>
                  <w:rPr>
                    <w:rFonts w:ascii="Arial" w:hAnsi="Arial" w:cs="Arial"/>
                    <w:sz w:val="18"/>
                  </w:rPr>
                  <w:alias w:val="Legenda"/>
                  <w:tag w:val="Legenda"/>
                  <w:id w:val="844013420"/>
                  <w:showingPlcHdr/>
                  <w:text/>
                </w:sdtPr>
                <w:sdtContent>
                  <w:r>
                    <w:rPr>
                      <w:rFonts w:ascii="Arial" w:hAnsi="Arial" w:cs="Arial"/>
                      <w:color w:val="8A94A3"/>
                      <w:sz w:val="18"/>
                    </w:rPr>
                    <w:t xml:space="preserve">clique para escrever a legenda da foto</w:t>
                  </w:r>
                </w:sdtContent>
              </w:sdt>
            </w:p>
            <w:tbl>
              <w:tblPr>
                <w:tblW w:type="auto" w:w="0"/>
                <w:tblLook w:firstColumn="1" w:firstRow="1" w:lastColumn="0" w:lastRow="0" w:noHBand="0" w:noVBand="1" w:val="04A0"/>
                <w:tblBorders>
                  <w:top w:val="single" w:sz="4" w:space="0" w:color="C9D2DC"/>
                  <w:left w:val="single" w:sz="4" w:space="0" w:color="C9D2DC"/>
                  <w:bottom w:val="single" w:sz="4" w:space="0" w:color="C9D2DC"/>
                  <w:right w:val="single" w:sz="4" w:space="0" w:color="C9D2DC"/>
                  <w:insideH w:val="single" w:sz="4" w:space="0" w:color="C9D2DC"/>
                  <w:insideV w:val="single" w:sz="4" w:space="0" w:color="C9D2DC"/>
                </w:tblBorders>
                <w:tblCellMar>
                  <w:top w:w="45" w:type="dxa"/>
                  <w:left w:w="45" w:type="dxa"/>
                  <w:bottom w:w="45" w:type="dxa"/>
                  <w:right w:w="45" w:type="dxa"/>
                </w:tblCellMar>
              </w:tblPr>
              <w:tblGrid>
                <w:gridCol w:w="2551"/>
                <w:gridCol w:w="2551"/>
                <w:gridCol w:w="2551"/>
                <w:gridCol w:w="2551"/>
              </w:tblGrid>
              <w:tr>
                <w:trPr>
                  <w:cantSplit w:val="true"/>
                </w:trPr>
                <w:tc>
                  <w:tcPr>
                    <w:tcW w:type="dxa" w:w="1914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MINUTO DO VÍDEO</w:t>
                    </w:r>
                  </w:p>
                </w:tc>
                <w:tc>
                  <w:tcPr>
                    <w:tcW w:type="dxa" w:w="1914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HORÁRIO (CÂMERA)</w:t>
                    </w:r>
                  </w:p>
                </w:tc>
                <w:tc>
                  <w:tcPr>
                    <w:tcW w:type="dxa" w:w="1914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METRAGEM</w:t>
                    </w:r>
                  </w:p>
                </w:tc>
                <w:tc>
                  <w:tcPr>
                    <w:tcW w:type="dxa" w:w="4465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PROBLEMA</w:t>
                    </w:r>
                  </w:p>
                </w:tc>
              </w:tr>
              <w:tr>
                <w:trPr>
                  <w:cantSplit w:val="true"/>
                </w:trPr>
                <w:tc>
                  <w:tcPr>
                    <w:tcW w:type="dxa" w:w="1914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Minuto do vídeo"/>
                        <w:tag w:val="Minuto do vídeo"/>
                        <w:id w:val="844013421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mm:ss</w:t>
                        </w:r>
                      </w:sdtContent>
                    </w:sdt>
                  </w:p>
                </w:tc>
                <w:tc>
                  <w:tcPr>
                    <w:tcW w:type="dxa" w:w="1914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Horário"/>
                        <w:tag w:val="Horário"/>
                        <w:id w:val="844013422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hh:mm</w:t>
                        </w:r>
                      </w:sdtContent>
                    </w:sdt>
                  </w:p>
                </w:tc>
                <w:tc>
                  <w:tcPr>
                    <w:tcW w:type="dxa" w:w="1914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Metragem"/>
                        <w:tag w:val="Metragem"/>
                        <w:id w:val="844013423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20"/>
                      </w:rPr>
                      <w:t xml:space="preserve"> m</w:t>
                    </w:r>
                  </w:p>
                </w:tc>
                <w:tc>
                  <w:tcPr>
                    <w:tcW w:type="dxa" w:w="4465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Problema"/>
                        <w:tag w:val="Problema"/>
                        <w:id w:val="844013424"/>
                        <w:showingPlcHdr/>
                        <w:comboBox>
                          <w:listItem w:displayText="Tubo quebrado" w:value="Tubo quebrado"/>
                          <w:listItem w:displayText="Trinca / fissura" w:value="Trinca / fissura"/>
                          <w:listItem w:displayText="Junta deslocada" w:value="Junta deslocada"/>
                          <w:listItem w:displayText="Ramal intrusivo" w:value="Ramal intrusivo"/>
                          <w:listItem w:displayText="Raiz" w:value="Raiz"/>
                          <w:listItem w:displayText="Obstrução / incrustação" w:value="Obstrução / incrustação"/>
                          <w:listItem w:displayText="Abatimento / ovalização" w:value="Abatimento / ovalização"/>
                          <w:listItem w:displayText="Infiltração" w:value="Infiltração"/>
                          <w:listItem w:displayText="Contrapontada / degrau" w:value="Contrapontada / degrau"/>
                          <w:listItem w:displayText="Outro" w:value="Outro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escolha ou digite o problema</w:t>
                        </w:r>
                      </w:sdtContent>
                    </w:sdt>
                  </w:p>
                </w:tc>
              </w:tr>
            </w:tbl>
            <w:p>
              <w:pPr>
                <w:spacing w:after="0"/>
              </w:pPr>
              <w:r>
                <w:rPr>
                  <w:sz w:val="4"/>
                </w:rPr>
              </w:r>
            </w:p>
          </w:sdtContent>
        </w:sdt>
        <w:sdt>
          <w:sdtPr>
            <w:alias w:val="Fotos"/>
            <w:id w:val="844013439"/>
            <ns0:repeatingSectionItem xmlns:ns0="http://schemas.microsoft.com/office/word/2012/wordml"/>
          </w:sdtPr>
          <w:sdtContent>
            <w:p>
              <w:pPr>
                <w:pageBreakBefore/>
                <w:spacing w:after="40"/>
                <w:jc w:val="center"/>
              </w:pPr>
              <w:sdt>
                <w:sdtPr>
                  <w:rPr>
                    <w:rFonts w:ascii="Arial" w:hAnsi="Arial" w:cs="Arial"/>
                    <w:sz w:val="18"/>
                  </w:rPr>
                  <w:alias w:val="Foto"/>
                  <w:tag w:val="Foto"/>
                  <w:id w:val="844013425"/>
                  <w:showingPlcHdr/>
                  <w:picture/>
                </w:sdtPr>
                <w:sdtContent>
                  <w:r>
                    <w:drawing>
                      <wp:inline xmlns:a="http://schemas.openxmlformats.org/drawingml/2006/main" xmlns:pic="http://schemas.openxmlformats.org/drawingml/2006/picture">
                        <wp:extent cx="6480810" cy="5940000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_quadro_foto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80810" cy="594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sdtContent>
              </w:sdt>
            </w:p>
            <w:p>
              <w:pPr>
                <w:spacing w:after="60"/>
                <w:jc w:val="center"/>
              </w:pPr>
              <w:r>
                <w:rPr>
                  <w:rFonts w:ascii="Arial" w:hAnsi="Arial" w:cs="Arial"/>
                  <w:b/>
                  <w:color w:val="0A6338"/>
                  <w:sz w:val="18"/>
                </w:rPr>
                <w:t xml:space="preserve">FOTO </w:t>
              </w:r>
              <w:fldSimple w:instr=" SEQ Foto \# 00 ">
                <w:r>
                  <w:rPr>
                    <w:rFonts w:ascii="Arial" w:hAnsi="Arial" w:cs="Arial"/>
                    <w:b/>
                    <w:color w:val="0A6338"/>
                    <w:sz w:val="18"/>
                  </w:rPr>
                  <w:t xml:space="preserve">03</w:t>
                </w:r>
              </w:fldSimple>
              <w:r>
                <w:rPr>
                  <w:rFonts w:ascii="Arial" w:hAnsi="Arial" w:cs="Arial"/>
                  <w:b/>
                  <w:color w:val="0A6338"/>
                  <w:sz w:val="18"/>
                </w:rPr>
                <w:t xml:space="preserve"> — </w:t>
              </w:r>
              <w:sdt>
                <w:sdtPr>
                  <w:rPr>
                    <w:rFonts w:ascii="Arial" w:hAnsi="Arial" w:cs="Arial"/>
                    <w:sz w:val="18"/>
                  </w:rPr>
                  <w:alias w:val="Legenda"/>
                  <w:tag w:val="Legenda"/>
                  <w:id w:val="844013426"/>
                  <w:showingPlcHdr/>
                  <w:text/>
                </w:sdtPr>
                <w:sdtContent>
                  <w:r>
                    <w:rPr>
                      <w:rFonts w:ascii="Arial" w:hAnsi="Arial" w:cs="Arial"/>
                      <w:color w:val="8A94A3"/>
                      <w:sz w:val="18"/>
                    </w:rPr>
                    <w:t xml:space="preserve">clique para escrever a legenda da foto</w:t>
                  </w:r>
                </w:sdtContent>
              </w:sdt>
            </w:p>
            <w:tbl>
              <w:tblPr>
                <w:tblW w:type="auto" w:w="0"/>
                <w:tblLook w:firstColumn="1" w:firstRow="1" w:lastColumn="0" w:lastRow="0" w:noHBand="0" w:noVBand="1" w:val="04A0"/>
                <w:tblBorders>
                  <w:top w:val="single" w:sz="4" w:space="0" w:color="C9D2DC"/>
                  <w:left w:val="single" w:sz="4" w:space="0" w:color="C9D2DC"/>
                  <w:bottom w:val="single" w:sz="4" w:space="0" w:color="C9D2DC"/>
                  <w:right w:val="single" w:sz="4" w:space="0" w:color="C9D2DC"/>
                  <w:insideH w:val="single" w:sz="4" w:space="0" w:color="C9D2DC"/>
                  <w:insideV w:val="single" w:sz="4" w:space="0" w:color="C9D2DC"/>
                </w:tblBorders>
                <w:tblCellMar>
                  <w:top w:w="45" w:type="dxa"/>
                  <w:left w:w="45" w:type="dxa"/>
                  <w:bottom w:w="45" w:type="dxa"/>
                  <w:right w:w="45" w:type="dxa"/>
                </w:tblCellMar>
              </w:tblPr>
              <w:tblGrid>
                <w:gridCol w:w="2551"/>
                <w:gridCol w:w="2551"/>
                <w:gridCol w:w="2551"/>
                <w:gridCol w:w="2551"/>
              </w:tblGrid>
              <w:tr>
                <w:trPr>
                  <w:cantSplit w:val="true"/>
                </w:trPr>
                <w:tc>
                  <w:tcPr>
                    <w:tcW w:type="dxa" w:w="1914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MINUTO DO VÍDEO</w:t>
                    </w:r>
                  </w:p>
                </w:tc>
                <w:tc>
                  <w:tcPr>
                    <w:tcW w:type="dxa" w:w="1914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HORÁRIO (CÂMERA)</w:t>
                    </w:r>
                  </w:p>
                </w:tc>
                <w:tc>
                  <w:tcPr>
                    <w:tcW w:type="dxa" w:w="1914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METRAGEM</w:t>
                    </w:r>
                  </w:p>
                </w:tc>
                <w:tc>
                  <w:tcPr>
                    <w:tcW w:type="dxa" w:w="4465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PROBLEMA</w:t>
                    </w:r>
                  </w:p>
                </w:tc>
              </w:tr>
              <w:tr>
                <w:trPr>
                  <w:cantSplit w:val="true"/>
                </w:trPr>
                <w:tc>
                  <w:tcPr>
                    <w:tcW w:type="dxa" w:w="1914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Minuto do vídeo"/>
                        <w:tag w:val="Minuto do vídeo"/>
                        <w:id w:val="844013427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mm:ss</w:t>
                        </w:r>
                      </w:sdtContent>
                    </w:sdt>
                  </w:p>
                </w:tc>
                <w:tc>
                  <w:tcPr>
                    <w:tcW w:type="dxa" w:w="1914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Horário"/>
                        <w:tag w:val="Horário"/>
                        <w:id w:val="844013428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hh:mm</w:t>
                        </w:r>
                      </w:sdtContent>
                    </w:sdt>
                  </w:p>
                </w:tc>
                <w:tc>
                  <w:tcPr>
                    <w:tcW w:type="dxa" w:w="1914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Metragem"/>
                        <w:tag w:val="Metragem"/>
                        <w:id w:val="844013429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20"/>
                      </w:rPr>
                      <w:t xml:space="preserve"> m</w:t>
                    </w:r>
                  </w:p>
                </w:tc>
                <w:tc>
                  <w:tcPr>
                    <w:tcW w:type="dxa" w:w="4465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Problema"/>
                        <w:tag w:val="Problema"/>
                        <w:id w:val="844013430"/>
                        <w:showingPlcHdr/>
                        <w:comboBox>
                          <w:listItem w:displayText="Tubo quebrado" w:value="Tubo quebrado"/>
                          <w:listItem w:displayText="Trinca / fissura" w:value="Trinca / fissura"/>
                          <w:listItem w:displayText="Junta deslocada" w:value="Junta deslocada"/>
                          <w:listItem w:displayText="Ramal intrusivo" w:value="Ramal intrusivo"/>
                          <w:listItem w:displayText="Raiz" w:value="Raiz"/>
                          <w:listItem w:displayText="Obstrução / incrustação" w:value="Obstrução / incrustação"/>
                          <w:listItem w:displayText="Abatimento / ovalização" w:value="Abatimento / ovalização"/>
                          <w:listItem w:displayText="Infiltração" w:value="Infiltração"/>
                          <w:listItem w:displayText="Contrapontada / degrau" w:value="Contrapontada / degrau"/>
                          <w:listItem w:displayText="Outro" w:value="Outro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escolha ou digite o problema</w:t>
                        </w:r>
                      </w:sdtContent>
                    </w:sdt>
                  </w:p>
                </w:tc>
              </w:tr>
            </w:tbl>
            <w:p>
              <w:pPr>
                <w:spacing w:after="0"/>
              </w:pPr>
              <w:r>
                <w:rPr>
                  <w:sz w:val="4"/>
                </w:rPr>
              </w:r>
            </w:p>
          </w:sdtContent>
        </w:sdt>
        <w:sdt>
          <w:sdtPr>
            <w:alias w:val="Fotos"/>
            <w:id w:val="844013440"/>
            <ns0:repeatingSectionItem xmlns:ns0="http://schemas.microsoft.com/office/word/2012/wordml"/>
          </w:sdtPr>
          <w:sdtContent>
            <w:p>
              <w:pPr>
                <w:pageBreakBefore/>
                <w:spacing w:after="40"/>
                <w:jc w:val="center"/>
              </w:pPr>
              <w:sdt>
                <w:sdtPr>
                  <w:rPr>
                    <w:rFonts w:ascii="Arial" w:hAnsi="Arial" w:cs="Arial"/>
                    <w:sz w:val="18"/>
                  </w:rPr>
                  <w:alias w:val="Foto"/>
                  <w:tag w:val="Foto"/>
                  <w:id w:val="844013431"/>
                  <w:showingPlcHdr/>
                  <w:picture/>
                </w:sdtPr>
                <w:sdtContent>
                  <w:r>
                    <w:drawing>
                      <wp:inline xmlns:a="http://schemas.openxmlformats.org/drawingml/2006/main" xmlns:pic="http://schemas.openxmlformats.org/drawingml/2006/picture">
                        <wp:extent cx="6480810" cy="5940000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_quadro_foto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80810" cy="594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sdtContent>
              </w:sdt>
            </w:p>
            <w:p>
              <w:pPr>
                <w:spacing w:after="60"/>
                <w:jc w:val="center"/>
              </w:pPr>
              <w:r>
                <w:rPr>
                  <w:rFonts w:ascii="Arial" w:hAnsi="Arial" w:cs="Arial"/>
                  <w:b/>
                  <w:color w:val="0A6338"/>
                  <w:sz w:val="18"/>
                </w:rPr>
                <w:t xml:space="preserve">FOTO </w:t>
              </w:r>
              <w:fldSimple w:instr=" SEQ Foto \# 00 ">
                <w:r>
                  <w:rPr>
                    <w:rFonts w:ascii="Arial" w:hAnsi="Arial" w:cs="Arial"/>
                    <w:b/>
                    <w:color w:val="0A6338"/>
                    <w:sz w:val="18"/>
                  </w:rPr>
                  <w:t xml:space="preserve">04</w:t>
                </w:r>
              </w:fldSimple>
              <w:r>
                <w:rPr>
                  <w:rFonts w:ascii="Arial" w:hAnsi="Arial" w:cs="Arial"/>
                  <w:b/>
                  <w:color w:val="0A6338"/>
                  <w:sz w:val="18"/>
                </w:rPr>
                <w:t xml:space="preserve"> — </w:t>
              </w:r>
              <w:sdt>
                <w:sdtPr>
                  <w:rPr>
                    <w:rFonts w:ascii="Arial" w:hAnsi="Arial" w:cs="Arial"/>
                    <w:sz w:val="18"/>
                  </w:rPr>
                  <w:alias w:val="Legenda"/>
                  <w:tag w:val="Legenda"/>
                  <w:id w:val="844013432"/>
                  <w:showingPlcHdr/>
                  <w:text/>
                </w:sdtPr>
                <w:sdtContent>
                  <w:r>
                    <w:rPr>
                      <w:rFonts w:ascii="Arial" w:hAnsi="Arial" w:cs="Arial"/>
                      <w:color w:val="8A94A3"/>
                      <w:sz w:val="18"/>
                    </w:rPr>
                    <w:t xml:space="preserve">clique para escrever a legenda da foto</w:t>
                  </w:r>
                </w:sdtContent>
              </w:sdt>
            </w:p>
            <w:tbl>
              <w:tblPr>
                <w:tblW w:type="auto" w:w="0"/>
                <w:tblLook w:firstColumn="1" w:firstRow="1" w:lastColumn="0" w:lastRow="0" w:noHBand="0" w:noVBand="1" w:val="04A0"/>
                <w:tblBorders>
                  <w:top w:val="single" w:sz="4" w:space="0" w:color="C9D2DC"/>
                  <w:left w:val="single" w:sz="4" w:space="0" w:color="C9D2DC"/>
                  <w:bottom w:val="single" w:sz="4" w:space="0" w:color="C9D2DC"/>
                  <w:right w:val="single" w:sz="4" w:space="0" w:color="C9D2DC"/>
                  <w:insideH w:val="single" w:sz="4" w:space="0" w:color="C9D2DC"/>
                  <w:insideV w:val="single" w:sz="4" w:space="0" w:color="C9D2DC"/>
                </w:tblBorders>
                <w:tblCellMar>
                  <w:top w:w="45" w:type="dxa"/>
                  <w:left w:w="45" w:type="dxa"/>
                  <w:bottom w:w="45" w:type="dxa"/>
                  <w:right w:w="45" w:type="dxa"/>
                </w:tblCellMar>
              </w:tblPr>
              <w:tblGrid>
                <w:gridCol w:w="2551"/>
                <w:gridCol w:w="2551"/>
                <w:gridCol w:w="2551"/>
                <w:gridCol w:w="2551"/>
              </w:tblGrid>
              <w:tr>
                <w:trPr>
                  <w:cantSplit w:val="true"/>
                </w:trPr>
                <w:tc>
                  <w:tcPr>
                    <w:tcW w:type="dxa" w:w="1914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MINUTO DO VÍDEO</w:t>
                    </w:r>
                  </w:p>
                </w:tc>
                <w:tc>
                  <w:tcPr>
                    <w:tcW w:type="dxa" w:w="1914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HORÁRIO (CÂMERA)</w:t>
                    </w:r>
                  </w:p>
                </w:tc>
                <w:tc>
                  <w:tcPr>
                    <w:tcW w:type="dxa" w:w="1914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METRAGEM</w:t>
                    </w:r>
                  </w:p>
                </w:tc>
                <w:tc>
                  <w:tcPr>
                    <w:tcW w:type="dxa" w:w="4465"/>
                    <w:shd w:val="clear" w:color="auto" w:fill="E7F3EC"/>
                  </w:tcPr>
                  <w:p>
                    <w:pPr>
                      <w:jc w:val="center"/>
                    </w:pPr>
                    <w:r>
                      <w:rPr>
                        <w:b/>
                        <w:color w:val="0A6338"/>
                        <w:sz w:val="14"/>
                      </w:rPr>
                      <w:t>PROBLEMA</w:t>
                    </w:r>
                  </w:p>
                </w:tc>
              </w:tr>
              <w:tr>
                <w:trPr>
                  <w:cantSplit w:val="true"/>
                </w:trPr>
                <w:tc>
                  <w:tcPr>
                    <w:tcW w:type="dxa" w:w="1914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Minuto do vídeo"/>
                        <w:tag w:val="Minuto do vídeo"/>
                        <w:id w:val="844013433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mm:ss</w:t>
                        </w:r>
                      </w:sdtContent>
                    </w:sdt>
                  </w:p>
                </w:tc>
                <w:tc>
                  <w:tcPr>
                    <w:tcW w:type="dxa" w:w="1914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Horário"/>
                        <w:tag w:val="Horário"/>
                        <w:id w:val="844013434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hh:mm</w:t>
                        </w:r>
                      </w:sdtContent>
                    </w:sdt>
                  </w:p>
                </w:tc>
                <w:tc>
                  <w:tcPr>
                    <w:tcW w:type="dxa" w:w="1914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Metragem"/>
                        <w:tag w:val="Metragem"/>
                        <w:id w:val="844013435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20"/>
                      </w:rPr>
                      <w:t xml:space="preserve"> m</w:t>
                    </w:r>
                  </w:p>
                </w:tc>
                <w:tc>
                  <w:tcPr>
                    <w:tcW w:type="dxa" w:w="4465"/>
                  </w:tcPr>
                  <w:p>
                    <w:pPr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20"/>
                        </w:rPr>
                        <w:alias w:val="Problema"/>
                        <w:tag w:val="Problema"/>
                        <w:id w:val="844013436"/>
                        <w:showingPlcHdr/>
                        <w:comboBox>
                          <w:listItem w:displayText="Tubo quebrado" w:value="Tubo quebrado"/>
                          <w:listItem w:displayText="Trinca / fissura" w:value="Trinca / fissura"/>
                          <w:listItem w:displayText="Junta deslocada" w:value="Junta deslocada"/>
                          <w:listItem w:displayText="Ramal intrusivo" w:value="Ramal intrusivo"/>
                          <w:listItem w:displayText="Raiz" w:value="Raiz"/>
                          <w:listItem w:displayText="Obstrução / incrustação" w:value="Obstrução / incrustação"/>
                          <w:listItem w:displayText="Abatimento / ovalização" w:value="Abatimento / ovalização"/>
                          <w:listItem w:displayText="Infiltração" w:value="Infiltração"/>
                          <w:listItem w:displayText="Contrapontada / degrau" w:value="Contrapontada / degrau"/>
                          <w:listItem w:displayText="Outro" w:value="Outro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20"/>
                          </w:rPr>
                          <w:t xml:space="preserve">escolha ou digite o problema</w:t>
                        </w:r>
                      </w:sdtContent>
                    </w:sdt>
                  </w:p>
                </w:tc>
              </w:tr>
            </w:tbl>
            <w:p>
              <w:pPr>
                <w:spacing w:after="0"/>
              </w:pPr>
              <w:r>
                <w:rPr>
                  <w:sz w:val="4"/>
                </w:rPr>
              </w:r>
            </w:p>
          </w:sdtContent>
        </w:sdt>
      </w:sdtContent>
    </w:sdt>
    <w:p>
      <w:pPr>
        <w:keepNext/>
        <w:spacing w:before="200" w:after="80"/>
        <w:pageBreakBefore/>
        <w:pBdr>
          <w:bottom w:val="single" w:sz="8" w:space="1" w:color="0A6338"/>
        </w:pBdr>
      </w:pPr>
      <w:r>
        <w:rPr>
          <w:b/>
          <w:color w:val="0A6338"/>
          <w:sz w:val="21"/>
        </w:rPr>
        <w:t>RAMAIS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56" w:type="dxa"/>
          <w:left w:w="56" w:type="dxa"/>
          <w:bottom w:w="56" w:type="dxa"/>
          <w:right w:w="56" w:type="dxa"/>
        </w:tblCellMar>
      </w:tblPr>
      <w:tblGrid>
        <w:gridCol w:w="3402"/>
        <w:gridCol w:w="3402"/>
        <w:gridCol w:w="3402"/>
      </w:tblGrid>
      <w:sdt>
        <w:sdtPr>
          <w:alias w:val="Ramais"/>
          <w:id w:val="844013518"/>
          <ns0:repeatingSection xmlns:ns0="http://schemas.microsoft.com/office/word/2012/wordml"/>
        </w:sdtPr>
        <w:sdtContent>
          <w:sdt>
            <w:sdtPr>
              <w:alias w:val="Ramais"/>
              <w:id w:val="844013514"/>
              <ns0:repeatingSectionItem xmlns:ns0="http://schemas.microsoft.com/office/word/2012/wordml"/>
            </w:sdtPr>
            <w:sdtContent>
              <w:tr>
                <w:trPr>
                  <w:cantSplit w:val="true"/>
                </w:trPr>
                <w:tc>
                  <w:tcPr>
                    <w:tcW w:type="dxa" w:w="3402"/>
                  </w:tcPr>
                  <w:p>
                    <w:pPr>
                      <w:spacing w:after="2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  <w:caps/>
                        </w:rPr>
                        <w:alias w:val="Foto ramal"/>
                        <w:tag w:val="Foto ramal"/>
                        <w:id w:val="844013442"/>
                        <w:showingPlcHdr/>
                        <w:picture/>
                      </w:sdtPr>
                      <w:sdtContent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2016270" cy="1512000"/>
                              <wp:docPr id="3" name="Picture 3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_quadro_intrusivo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6270" cy="1512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0A6338"/>
                        <w:sz w:val="16"/>
                        <w:caps/>
                      </w:rPr>
                      <w:t xml:space="preserve">RAMAL </w:t>
                    </w:r>
                    <w:fldSimple w:instr=" SEQ Ramal \# 00 ">
                      <w:r>
                        <w:rPr>
                          <w:rFonts w:ascii="Arial" w:hAnsi="Arial" w:cs="Arial"/>
                          <w:b/>
                          <w:color w:val="0A6338"/>
                          <w:sz w:val="16"/>
                          <w:caps/>
                        </w:rPr>
                        <w:t xml:space="preserve">01</w:t>
                      </w:r>
                    </w:fldSimple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Min.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inuto do vídeo"/>
                        <w:tag w:val="Minuto do vídeo"/>
                        <w:id w:val="844013443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mm:ss</w:t>
                        </w:r>
                      </w:sdtContent>
                    </w:sdt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  Hor.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Horário"/>
                        <w:tag w:val="Horário"/>
                        <w:id w:val="844013444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hh:mm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etragem"/>
                        <w:tag w:val="Metragem"/>
                        <w:id w:val="844013445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5"/>
                        <w:caps/>
                      </w:rPr>
                      <w:t xml:space="preserve"> m  · 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Posição"/>
                        <w:tag w:val="Posição"/>
                        <w:id w:val="844013446"/>
                        <w:showingPlcHdr/>
                        <w:comboBox>
                          <w:listItem w:displayText="1 h" w:value="1 h"/>
                          <w:listItem w:displayText="2 h" w:value="2 h"/>
                          <w:listItem w:displayText="3 h" w:value="3 h"/>
                          <w:listItem w:displayText="4 h" w:value="4 h"/>
                          <w:listItem w:displayText="5 h" w:value="5 h"/>
                          <w:listItem w:displayText="6 h" w:value="6 h"/>
                          <w:listItem w:displayText="7 h" w:value="7 h"/>
                          <w:listItem w:displayText="8 h" w:value="8 h"/>
                          <w:listItem w:displayText="9 h" w:value="9 h"/>
                          <w:listItem w:displayText="10 h" w:value="10 h"/>
                          <w:listItem w:displayText="11 h" w:value="11 h"/>
                          <w:listItem w:displayText="12 h" w:value="12 h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posição (h)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Avanço / observação"/>
                        <w:tag w:val="Avanço / observação"/>
                        <w:id w:val="844013447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avanço / obs.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spacing w:after="2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  <w:caps/>
                        </w:rPr>
                        <w:alias w:val="Foto ramal"/>
                        <w:tag w:val="Foto ramal"/>
                        <w:id w:val="844013448"/>
                        <w:showingPlcHdr/>
                        <w:picture/>
                      </w:sdtPr>
                      <w:sdtContent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2016270" cy="1512000"/>
                              <wp:docPr id="4" name="Picture 4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_quadro_intrusivo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6270" cy="1512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0A6338"/>
                        <w:sz w:val="16"/>
                        <w:caps/>
                      </w:rPr>
                      <w:t xml:space="preserve">RAMAL </w:t>
                    </w:r>
                    <w:fldSimple w:instr=" SEQ Ramal \# 00 ">
                      <w:r>
                        <w:rPr>
                          <w:rFonts w:ascii="Arial" w:hAnsi="Arial" w:cs="Arial"/>
                          <w:b/>
                          <w:color w:val="0A6338"/>
                          <w:sz w:val="16"/>
                          <w:caps/>
                        </w:rPr>
                        <w:t xml:space="preserve">02</w:t>
                      </w:r>
                    </w:fldSimple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Min.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inuto do vídeo"/>
                        <w:tag w:val="Minuto do vídeo"/>
                        <w:id w:val="844013449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mm:ss</w:t>
                        </w:r>
                      </w:sdtContent>
                    </w:sdt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  Hor.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Horário"/>
                        <w:tag w:val="Horário"/>
                        <w:id w:val="844013450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hh:mm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etragem"/>
                        <w:tag w:val="Metragem"/>
                        <w:id w:val="844013451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5"/>
                        <w:caps/>
                      </w:rPr>
                      <w:t xml:space="preserve"> m  · 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Posição"/>
                        <w:tag w:val="Posição"/>
                        <w:id w:val="844013452"/>
                        <w:showingPlcHdr/>
                        <w:comboBox>
                          <w:listItem w:displayText="1 h" w:value="1 h"/>
                          <w:listItem w:displayText="2 h" w:value="2 h"/>
                          <w:listItem w:displayText="3 h" w:value="3 h"/>
                          <w:listItem w:displayText="4 h" w:value="4 h"/>
                          <w:listItem w:displayText="5 h" w:value="5 h"/>
                          <w:listItem w:displayText="6 h" w:value="6 h"/>
                          <w:listItem w:displayText="7 h" w:value="7 h"/>
                          <w:listItem w:displayText="8 h" w:value="8 h"/>
                          <w:listItem w:displayText="9 h" w:value="9 h"/>
                          <w:listItem w:displayText="10 h" w:value="10 h"/>
                          <w:listItem w:displayText="11 h" w:value="11 h"/>
                          <w:listItem w:displayText="12 h" w:value="12 h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posição (h)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Avanço / observação"/>
                        <w:tag w:val="Avanço / observação"/>
                        <w:id w:val="844013453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avanço / obs.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spacing w:after="2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  <w:caps/>
                        </w:rPr>
                        <w:alias w:val="Foto ramal"/>
                        <w:tag w:val="Foto ramal"/>
                        <w:id w:val="844013454"/>
                        <w:showingPlcHdr/>
                        <w:picture/>
                      </w:sdtPr>
                      <w:sdtContent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2016270" cy="1512000"/>
                              <wp:docPr id="5" name="Picture 5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_quadro_intrusivo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6270" cy="1512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0A6338"/>
                        <w:sz w:val="16"/>
                        <w:caps/>
                      </w:rPr>
                      <w:t xml:space="preserve">RAMAL </w:t>
                    </w:r>
                    <w:fldSimple w:instr=" SEQ Ramal \# 00 ">
                      <w:r>
                        <w:rPr>
                          <w:rFonts w:ascii="Arial" w:hAnsi="Arial" w:cs="Arial"/>
                          <w:b/>
                          <w:color w:val="0A6338"/>
                          <w:sz w:val="16"/>
                          <w:caps/>
                        </w:rPr>
                        <w:t xml:space="preserve">03</w:t>
                      </w:r>
                    </w:fldSimple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Min.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inuto do vídeo"/>
                        <w:tag w:val="Minuto do vídeo"/>
                        <w:id w:val="844013455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mm:ss</w:t>
                        </w:r>
                      </w:sdtContent>
                    </w:sdt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  Hor.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Horário"/>
                        <w:tag w:val="Horário"/>
                        <w:id w:val="844013456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hh:mm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etragem"/>
                        <w:tag w:val="Metragem"/>
                        <w:id w:val="844013457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5"/>
                        <w:caps/>
                      </w:rPr>
                      <w:t xml:space="preserve"> m  · 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Posição"/>
                        <w:tag w:val="Posição"/>
                        <w:id w:val="844013458"/>
                        <w:showingPlcHdr/>
                        <w:comboBox>
                          <w:listItem w:displayText="1 h" w:value="1 h"/>
                          <w:listItem w:displayText="2 h" w:value="2 h"/>
                          <w:listItem w:displayText="3 h" w:value="3 h"/>
                          <w:listItem w:displayText="4 h" w:value="4 h"/>
                          <w:listItem w:displayText="5 h" w:value="5 h"/>
                          <w:listItem w:displayText="6 h" w:value="6 h"/>
                          <w:listItem w:displayText="7 h" w:value="7 h"/>
                          <w:listItem w:displayText="8 h" w:value="8 h"/>
                          <w:listItem w:displayText="9 h" w:value="9 h"/>
                          <w:listItem w:displayText="10 h" w:value="10 h"/>
                          <w:listItem w:displayText="11 h" w:value="11 h"/>
                          <w:listItem w:displayText="12 h" w:value="12 h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posição (h)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Avanço / observação"/>
                        <w:tag w:val="Avanço / observação"/>
                        <w:id w:val="844013459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avanço / obs.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alias w:val="Ramais"/>
              <w:id w:val="844013515"/>
              <ns0:repeatingSectionItem xmlns:ns0="http://schemas.microsoft.com/office/word/2012/wordml"/>
            </w:sdtPr>
            <w:sdtContent>
              <w:tr>
                <w:trPr>
                  <w:cantSplit w:val="true"/>
                </w:trPr>
                <w:tc>
                  <w:tcPr>
                    <w:tcW w:type="dxa" w:w="3402"/>
                  </w:tcPr>
                  <w:p>
                    <w:pPr>
                      <w:spacing w:after="2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  <w:caps/>
                        </w:rPr>
                        <w:alias w:val="Foto ramal"/>
                        <w:tag w:val="Foto ramal"/>
                        <w:id w:val="844013460"/>
                        <w:showingPlcHdr/>
                        <w:picture/>
                      </w:sdtPr>
                      <w:sdtContent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2016270" cy="1512000"/>
                              <wp:docPr id="6" name="Picture 6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_quadro_intrusivo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6270" cy="1512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0A6338"/>
                        <w:sz w:val="16"/>
                        <w:caps/>
                      </w:rPr>
                      <w:t xml:space="preserve">RAMAL </w:t>
                    </w:r>
                    <w:fldSimple w:instr=" SEQ Ramal \# 00 ">
                      <w:r>
                        <w:rPr>
                          <w:rFonts w:ascii="Arial" w:hAnsi="Arial" w:cs="Arial"/>
                          <w:b/>
                          <w:color w:val="0A6338"/>
                          <w:sz w:val="16"/>
                          <w:caps/>
                        </w:rPr>
                        <w:t xml:space="preserve">04</w:t>
                      </w:r>
                    </w:fldSimple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Min.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inuto do vídeo"/>
                        <w:tag w:val="Minuto do vídeo"/>
                        <w:id w:val="844013461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mm:ss</w:t>
                        </w:r>
                      </w:sdtContent>
                    </w:sdt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  Hor.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Horário"/>
                        <w:tag w:val="Horário"/>
                        <w:id w:val="844013462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hh:mm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etragem"/>
                        <w:tag w:val="Metragem"/>
                        <w:id w:val="844013463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5"/>
                        <w:caps/>
                      </w:rPr>
                      <w:t xml:space="preserve"> m  · 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Posição"/>
                        <w:tag w:val="Posição"/>
                        <w:id w:val="844013464"/>
                        <w:showingPlcHdr/>
                        <w:comboBox>
                          <w:listItem w:displayText="1 h" w:value="1 h"/>
                          <w:listItem w:displayText="2 h" w:value="2 h"/>
                          <w:listItem w:displayText="3 h" w:value="3 h"/>
                          <w:listItem w:displayText="4 h" w:value="4 h"/>
                          <w:listItem w:displayText="5 h" w:value="5 h"/>
                          <w:listItem w:displayText="6 h" w:value="6 h"/>
                          <w:listItem w:displayText="7 h" w:value="7 h"/>
                          <w:listItem w:displayText="8 h" w:value="8 h"/>
                          <w:listItem w:displayText="9 h" w:value="9 h"/>
                          <w:listItem w:displayText="10 h" w:value="10 h"/>
                          <w:listItem w:displayText="11 h" w:value="11 h"/>
                          <w:listItem w:displayText="12 h" w:value="12 h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posição (h)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Avanço / observação"/>
                        <w:tag w:val="Avanço / observação"/>
                        <w:id w:val="844013465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avanço / obs.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spacing w:after="2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  <w:caps/>
                        </w:rPr>
                        <w:alias w:val="Foto ramal"/>
                        <w:tag w:val="Foto ramal"/>
                        <w:id w:val="844013466"/>
                        <w:showingPlcHdr/>
                        <w:picture/>
                      </w:sdtPr>
                      <w:sdtContent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2016270" cy="1512000"/>
                              <wp:docPr id="7" name="Picture 7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_quadro_intrusivo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6270" cy="1512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0A6338"/>
                        <w:sz w:val="16"/>
                        <w:caps/>
                      </w:rPr>
                      <w:t xml:space="preserve">RAMAL </w:t>
                    </w:r>
                    <w:fldSimple w:instr=" SEQ Ramal \# 00 ">
                      <w:r>
                        <w:rPr>
                          <w:rFonts w:ascii="Arial" w:hAnsi="Arial" w:cs="Arial"/>
                          <w:b/>
                          <w:color w:val="0A6338"/>
                          <w:sz w:val="16"/>
                          <w:caps/>
                        </w:rPr>
                        <w:t xml:space="preserve">05</w:t>
                      </w:r>
                    </w:fldSimple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Min.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inuto do vídeo"/>
                        <w:tag w:val="Minuto do vídeo"/>
                        <w:id w:val="844013467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mm:ss</w:t>
                        </w:r>
                      </w:sdtContent>
                    </w:sdt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  Hor.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Horário"/>
                        <w:tag w:val="Horário"/>
                        <w:id w:val="844013468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hh:mm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etragem"/>
                        <w:tag w:val="Metragem"/>
                        <w:id w:val="844013469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5"/>
                        <w:caps/>
                      </w:rPr>
                      <w:t xml:space="preserve"> m  · 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Posição"/>
                        <w:tag w:val="Posição"/>
                        <w:id w:val="844013470"/>
                        <w:showingPlcHdr/>
                        <w:comboBox>
                          <w:listItem w:displayText="1 h" w:value="1 h"/>
                          <w:listItem w:displayText="2 h" w:value="2 h"/>
                          <w:listItem w:displayText="3 h" w:value="3 h"/>
                          <w:listItem w:displayText="4 h" w:value="4 h"/>
                          <w:listItem w:displayText="5 h" w:value="5 h"/>
                          <w:listItem w:displayText="6 h" w:value="6 h"/>
                          <w:listItem w:displayText="7 h" w:value="7 h"/>
                          <w:listItem w:displayText="8 h" w:value="8 h"/>
                          <w:listItem w:displayText="9 h" w:value="9 h"/>
                          <w:listItem w:displayText="10 h" w:value="10 h"/>
                          <w:listItem w:displayText="11 h" w:value="11 h"/>
                          <w:listItem w:displayText="12 h" w:value="12 h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posição (h)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Avanço / observação"/>
                        <w:tag w:val="Avanço / observação"/>
                        <w:id w:val="844013471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avanço / obs.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spacing w:after="2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  <w:caps/>
                        </w:rPr>
                        <w:alias w:val="Foto ramal"/>
                        <w:tag w:val="Foto ramal"/>
                        <w:id w:val="844013472"/>
                        <w:showingPlcHdr/>
                        <w:picture/>
                      </w:sdtPr>
                      <w:sdtContent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2016270" cy="1512000"/>
                              <wp:docPr id="8" name="Picture 8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_quadro_intrusivo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6270" cy="1512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0A6338"/>
                        <w:sz w:val="16"/>
                        <w:caps/>
                      </w:rPr>
                      <w:t xml:space="preserve">RAMAL </w:t>
                    </w:r>
                    <w:fldSimple w:instr=" SEQ Ramal \# 00 ">
                      <w:r>
                        <w:rPr>
                          <w:rFonts w:ascii="Arial" w:hAnsi="Arial" w:cs="Arial"/>
                          <w:b/>
                          <w:color w:val="0A6338"/>
                          <w:sz w:val="16"/>
                          <w:caps/>
                        </w:rPr>
                        <w:t xml:space="preserve">06</w:t>
                      </w:r>
                    </w:fldSimple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Min.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inuto do vídeo"/>
                        <w:tag w:val="Minuto do vídeo"/>
                        <w:id w:val="844013473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mm:ss</w:t>
                        </w:r>
                      </w:sdtContent>
                    </w:sdt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  Hor.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Horário"/>
                        <w:tag w:val="Horário"/>
                        <w:id w:val="844013474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hh:mm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etragem"/>
                        <w:tag w:val="Metragem"/>
                        <w:id w:val="844013475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5"/>
                        <w:caps/>
                      </w:rPr>
                      <w:t xml:space="preserve"> m  · 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Posição"/>
                        <w:tag w:val="Posição"/>
                        <w:id w:val="844013476"/>
                        <w:showingPlcHdr/>
                        <w:comboBox>
                          <w:listItem w:displayText="1 h" w:value="1 h"/>
                          <w:listItem w:displayText="2 h" w:value="2 h"/>
                          <w:listItem w:displayText="3 h" w:value="3 h"/>
                          <w:listItem w:displayText="4 h" w:value="4 h"/>
                          <w:listItem w:displayText="5 h" w:value="5 h"/>
                          <w:listItem w:displayText="6 h" w:value="6 h"/>
                          <w:listItem w:displayText="7 h" w:value="7 h"/>
                          <w:listItem w:displayText="8 h" w:value="8 h"/>
                          <w:listItem w:displayText="9 h" w:value="9 h"/>
                          <w:listItem w:displayText="10 h" w:value="10 h"/>
                          <w:listItem w:displayText="11 h" w:value="11 h"/>
                          <w:listItem w:displayText="12 h" w:value="12 h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posição (h)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Avanço / observação"/>
                        <w:tag w:val="Avanço / observação"/>
                        <w:id w:val="844013477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avanço / obs.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alias w:val="Ramais"/>
              <w:id w:val="844013516"/>
              <ns0:repeatingSectionItem xmlns:ns0="http://schemas.microsoft.com/office/word/2012/wordml"/>
            </w:sdtPr>
            <w:sdtContent>
              <w:tr>
                <w:trPr>
                  <w:cantSplit w:val="true"/>
                </w:trPr>
                <w:tc>
                  <w:tcPr>
                    <w:tcW w:type="dxa" w:w="3402"/>
                  </w:tcPr>
                  <w:p>
                    <w:pPr>
                      <w:spacing w:after="2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  <w:caps/>
                        </w:rPr>
                        <w:alias w:val="Foto ramal"/>
                        <w:tag w:val="Foto ramal"/>
                        <w:id w:val="844013478"/>
                        <w:showingPlcHdr/>
                        <w:picture/>
                      </w:sdtPr>
                      <w:sdtContent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2016270" cy="1512000"/>
                              <wp:docPr id="9" name="Picture 9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_quadro_intrusivo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6270" cy="1512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0A6338"/>
                        <w:sz w:val="16"/>
                        <w:caps/>
                      </w:rPr>
                      <w:t xml:space="preserve">RAMAL </w:t>
                    </w:r>
                    <w:fldSimple w:instr=" SEQ Ramal \# 00 ">
                      <w:r>
                        <w:rPr>
                          <w:rFonts w:ascii="Arial" w:hAnsi="Arial" w:cs="Arial"/>
                          <w:b/>
                          <w:color w:val="0A6338"/>
                          <w:sz w:val="16"/>
                          <w:caps/>
                        </w:rPr>
                        <w:t xml:space="preserve">07</w:t>
                      </w:r>
                    </w:fldSimple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Min.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inuto do vídeo"/>
                        <w:tag w:val="Minuto do vídeo"/>
                        <w:id w:val="844013479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mm:ss</w:t>
                        </w:r>
                      </w:sdtContent>
                    </w:sdt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  Hor.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Horário"/>
                        <w:tag w:val="Horário"/>
                        <w:id w:val="844013480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hh:mm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etragem"/>
                        <w:tag w:val="Metragem"/>
                        <w:id w:val="844013481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5"/>
                        <w:caps/>
                      </w:rPr>
                      <w:t xml:space="preserve"> m  · 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Posição"/>
                        <w:tag w:val="Posição"/>
                        <w:id w:val="844013482"/>
                        <w:showingPlcHdr/>
                        <w:comboBox>
                          <w:listItem w:displayText="1 h" w:value="1 h"/>
                          <w:listItem w:displayText="2 h" w:value="2 h"/>
                          <w:listItem w:displayText="3 h" w:value="3 h"/>
                          <w:listItem w:displayText="4 h" w:value="4 h"/>
                          <w:listItem w:displayText="5 h" w:value="5 h"/>
                          <w:listItem w:displayText="6 h" w:value="6 h"/>
                          <w:listItem w:displayText="7 h" w:value="7 h"/>
                          <w:listItem w:displayText="8 h" w:value="8 h"/>
                          <w:listItem w:displayText="9 h" w:value="9 h"/>
                          <w:listItem w:displayText="10 h" w:value="10 h"/>
                          <w:listItem w:displayText="11 h" w:value="11 h"/>
                          <w:listItem w:displayText="12 h" w:value="12 h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posição (h)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Avanço / observação"/>
                        <w:tag w:val="Avanço / observação"/>
                        <w:id w:val="844013483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avanço / obs.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spacing w:after="2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  <w:caps/>
                        </w:rPr>
                        <w:alias w:val="Foto ramal"/>
                        <w:tag w:val="Foto ramal"/>
                        <w:id w:val="844013484"/>
                        <w:showingPlcHdr/>
                        <w:picture/>
                      </w:sdtPr>
                      <w:sdtContent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2016270" cy="1512000"/>
                              <wp:docPr id="10" name="Picture 10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_quadro_intrusivo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6270" cy="1512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0A6338"/>
                        <w:sz w:val="16"/>
                        <w:caps/>
                      </w:rPr>
                      <w:t xml:space="preserve">RAMAL </w:t>
                    </w:r>
                    <w:fldSimple w:instr=" SEQ Ramal \# 00 ">
                      <w:r>
                        <w:rPr>
                          <w:rFonts w:ascii="Arial" w:hAnsi="Arial" w:cs="Arial"/>
                          <w:b/>
                          <w:color w:val="0A6338"/>
                          <w:sz w:val="16"/>
                          <w:caps/>
                        </w:rPr>
                        <w:t xml:space="preserve">08</w:t>
                      </w:r>
                    </w:fldSimple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Min.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inuto do vídeo"/>
                        <w:tag w:val="Minuto do vídeo"/>
                        <w:id w:val="844013485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mm:ss</w:t>
                        </w:r>
                      </w:sdtContent>
                    </w:sdt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  Hor.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Horário"/>
                        <w:tag w:val="Horário"/>
                        <w:id w:val="844013486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hh:mm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etragem"/>
                        <w:tag w:val="Metragem"/>
                        <w:id w:val="844013487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5"/>
                        <w:caps/>
                      </w:rPr>
                      <w:t xml:space="preserve"> m  · 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Posição"/>
                        <w:tag w:val="Posição"/>
                        <w:id w:val="844013488"/>
                        <w:showingPlcHdr/>
                        <w:comboBox>
                          <w:listItem w:displayText="1 h" w:value="1 h"/>
                          <w:listItem w:displayText="2 h" w:value="2 h"/>
                          <w:listItem w:displayText="3 h" w:value="3 h"/>
                          <w:listItem w:displayText="4 h" w:value="4 h"/>
                          <w:listItem w:displayText="5 h" w:value="5 h"/>
                          <w:listItem w:displayText="6 h" w:value="6 h"/>
                          <w:listItem w:displayText="7 h" w:value="7 h"/>
                          <w:listItem w:displayText="8 h" w:value="8 h"/>
                          <w:listItem w:displayText="9 h" w:value="9 h"/>
                          <w:listItem w:displayText="10 h" w:value="10 h"/>
                          <w:listItem w:displayText="11 h" w:value="11 h"/>
                          <w:listItem w:displayText="12 h" w:value="12 h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posição (h)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Avanço / observação"/>
                        <w:tag w:val="Avanço / observação"/>
                        <w:id w:val="844013489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avanço / obs.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spacing w:after="2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  <w:caps/>
                        </w:rPr>
                        <w:alias w:val="Foto ramal"/>
                        <w:tag w:val="Foto ramal"/>
                        <w:id w:val="844013490"/>
                        <w:showingPlcHdr/>
                        <w:picture/>
                      </w:sdtPr>
                      <w:sdtContent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2016270" cy="1512000"/>
                              <wp:docPr id="11" name="Picture 11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_quadro_intrusivo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6270" cy="1512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0A6338"/>
                        <w:sz w:val="16"/>
                        <w:caps/>
                      </w:rPr>
                      <w:t xml:space="preserve">RAMAL </w:t>
                    </w:r>
                    <w:fldSimple w:instr=" SEQ Ramal \# 00 ">
                      <w:r>
                        <w:rPr>
                          <w:rFonts w:ascii="Arial" w:hAnsi="Arial" w:cs="Arial"/>
                          <w:b/>
                          <w:color w:val="0A6338"/>
                          <w:sz w:val="16"/>
                          <w:caps/>
                        </w:rPr>
                        <w:t xml:space="preserve">09</w:t>
                      </w:r>
                    </w:fldSimple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Min.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inuto do vídeo"/>
                        <w:tag w:val="Minuto do vídeo"/>
                        <w:id w:val="844013491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mm:ss</w:t>
                        </w:r>
                      </w:sdtContent>
                    </w:sdt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  Hor.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Horário"/>
                        <w:tag w:val="Horário"/>
                        <w:id w:val="844013492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hh:mm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etragem"/>
                        <w:tag w:val="Metragem"/>
                        <w:id w:val="844013493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5"/>
                        <w:caps/>
                      </w:rPr>
                      <w:t xml:space="preserve"> m  · 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Posição"/>
                        <w:tag w:val="Posição"/>
                        <w:id w:val="844013494"/>
                        <w:showingPlcHdr/>
                        <w:comboBox>
                          <w:listItem w:displayText="1 h" w:value="1 h"/>
                          <w:listItem w:displayText="2 h" w:value="2 h"/>
                          <w:listItem w:displayText="3 h" w:value="3 h"/>
                          <w:listItem w:displayText="4 h" w:value="4 h"/>
                          <w:listItem w:displayText="5 h" w:value="5 h"/>
                          <w:listItem w:displayText="6 h" w:value="6 h"/>
                          <w:listItem w:displayText="7 h" w:value="7 h"/>
                          <w:listItem w:displayText="8 h" w:value="8 h"/>
                          <w:listItem w:displayText="9 h" w:value="9 h"/>
                          <w:listItem w:displayText="10 h" w:value="10 h"/>
                          <w:listItem w:displayText="11 h" w:value="11 h"/>
                          <w:listItem w:displayText="12 h" w:value="12 h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posição (h)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Avanço / observação"/>
                        <w:tag w:val="Avanço / observação"/>
                        <w:id w:val="844013495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avanço / obs.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alias w:val="Ramais"/>
              <w:id w:val="844013517"/>
              <ns0:repeatingSectionItem xmlns:ns0="http://schemas.microsoft.com/office/word/2012/wordml"/>
            </w:sdtPr>
            <w:sdtContent>
              <w:tr>
                <w:trPr>
                  <w:cantSplit w:val="true"/>
                </w:trPr>
                <w:tc>
                  <w:tcPr>
                    <w:tcW w:type="dxa" w:w="3402"/>
                  </w:tcPr>
                  <w:p>
                    <w:pPr>
                      <w:spacing w:after="2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  <w:caps/>
                        </w:rPr>
                        <w:alias w:val="Foto ramal"/>
                        <w:tag w:val="Foto ramal"/>
                        <w:id w:val="844013496"/>
                        <w:showingPlcHdr/>
                        <w:picture/>
                      </w:sdtPr>
                      <w:sdtContent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2016270" cy="1512000"/>
                              <wp:docPr id="12" name="Picture 12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_quadro_intrusivo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6270" cy="1512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0A6338"/>
                        <w:sz w:val="16"/>
                        <w:caps/>
                      </w:rPr>
                      <w:t xml:space="preserve">RAMAL </w:t>
                    </w:r>
                    <w:fldSimple w:instr=" SEQ Ramal \# 00 ">
                      <w:r>
                        <w:rPr>
                          <w:rFonts w:ascii="Arial" w:hAnsi="Arial" w:cs="Arial"/>
                          <w:b/>
                          <w:color w:val="0A6338"/>
                          <w:sz w:val="16"/>
                          <w:caps/>
                        </w:rPr>
                        <w:t xml:space="preserve">10</w:t>
                      </w:r>
                    </w:fldSimple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Min.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inuto do vídeo"/>
                        <w:tag w:val="Minuto do vídeo"/>
                        <w:id w:val="844013497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mm:ss</w:t>
                        </w:r>
                      </w:sdtContent>
                    </w:sdt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  Hor.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Horário"/>
                        <w:tag w:val="Horário"/>
                        <w:id w:val="844013498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hh:mm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etragem"/>
                        <w:tag w:val="Metragem"/>
                        <w:id w:val="844013499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5"/>
                        <w:caps/>
                      </w:rPr>
                      <w:t xml:space="preserve"> m  · 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Posição"/>
                        <w:tag w:val="Posição"/>
                        <w:id w:val="844013500"/>
                        <w:showingPlcHdr/>
                        <w:comboBox>
                          <w:listItem w:displayText="1 h" w:value="1 h"/>
                          <w:listItem w:displayText="2 h" w:value="2 h"/>
                          <w:listItem w:displayText="3 h" w:value="3 h"/>
                          <w:listItem w:displayText="4 h" w:value="4 h"/>
                          <w:listItem w:displayText="5 h" w:value="5 h"/>
                          <w:listItem w:displayText="6 h" w:value="6 h"/>
                          <w:listItem w:displayText="7 h" w:value="7 h"/>
                          <w:listItem w:displayText="8 h" w:value="8 h"/>
                          <w:listItem w:displayText="9 h" w:value="9 h"/>
                          <w:listItem w:displayText="10 h" w:value="10 h"/>
                          <w:listItem w:displayText="11 h" w:value="11 h"/>
                          <w:listItem w:displayText="12 h" w:value="12 h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posição (h)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Avanço / observação"/>
                        <w:tag w:val="Avanço / observação"/>
                        <w:id w:val="844013501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avanço / obs.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spacing w:after="2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  <w:caps/>
                        </w:rPr>
                        <w:alias w:val="Foto ramal"/>
                        <w:tag w:val="Foto ramal"/>
                        <w:id w:val="844013502"/>
                        <w:showingPlcHdr/>
                        <w:picture/>
                      </w:sdtPr>
                      <w:sdtContent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2016270" cy="1512000"/>
                              <wp:docPr id="13" name="Picture 13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_quadro_intrusivo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6270" cy="1512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0A6338"/>
                        <w:sz w:val="16"/>
                        <w:caps/>
                      </w:rPr>
                      <w:t xml:space="preserve">RAMAL </w:t>
                    </w:r>
                    <w:fldSimple w:instr=" SEQ Ramal \# 00 ">
                      <w:r>
                        <w:rPr>
                          <w:rFonts w:ascii="Arial" w:hAnsi="Arial" w:cs="Arial"/>
                          <w:b/>
                          <w:color w:val="0A6338"/>
                          <w:sz w:val="16"/>
                          <w:caps/>
                        </w:rPr>
                        <w:t xml:space="preserve">11</w:t>
                      </w:r>
                    </w:fldSimple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Min.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inuto do vídeo"/>
                        <w:tag w:val="Minuto do vídeo"/>
                        <w:id w:val="844013503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mm:ss</w:t>
                        </w:r>
                      </w:sdtContent>
                    </w:sdt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  Hor.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Horário"/>
                        <w:tag w:val="Horário"/>
                        <w:id w:val="844013504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hh:mm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etragem"/>
                        <w:tag w:val="Metragem"/>
                        <w:id w:val="844013505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5"/>
                        <w:caps/>
                      </w:rPr>
                      <w:t xml:space="preserve"> m  · 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Posição"/>
                        <w:tag w:val="Posição"/>
                        <w:id w:val="844013506"/>
                        <w:showingPlcHdr/>
                        <w:comboBox>
                          <w:listItem w:displayText="1 h" w:value="1 h"/>
                          <w:listItem w:displayText="2 h" w:value="2 h"/>
                          <w:listItem w:displayText="3 h" w:value="3 h"/>
                          <w:listItem w:displayText="4 h" w:value="4 h"/>
                          <w:listItem w:displayText="5 h" w:value="5 h"/>
                          <w:listItem w:displayText="6 h" w:value="6 h"/>
                          <w:listItem w:displayText="7 h" w:value="7 h"/>
                          <w:listItem w:displayText="8 h" w:value="8 h"/>
                          <w:listItem w:displayText="9 h" w:value="9 h"/>
                          <w:listItem w:displayText="10 h" w:value="10 h"/>
                          <w:listItem w:displayText="11 h" w:value="11 h"/>
                          <w:listItem w:displayText="12 h" w:value="12 h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posição (h)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Avanço / observação"/>
                        <w:tag w:val="Avanço / observação"/>
                        <w:id w:val="844013507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avanço / obs.</w:t>
                        </w:r>
                      </w:sdtContent>
                    </w:sdt>
                  </w:p>
                </w:tc>
                <w:tc>
                  <w:tcPr>
                    <w:tcW w:type="dxa" w:w="3402"/>
                  </w:tcPr>
                  <w:p>
                    <w:pPr>
                      <w:spacing w:after="2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8"/>
                          <w:caps/>
                        </w:rPr>
                        <w:alias w:val="Foto ramal"/>
                        <w:tag w:val="Foto ramal"/>
                        <w:id w:val="844013508"/>
                        <w:showingPlcHdr/>
                        <w:picture/>
                      </w:sdtPr>
                      <w:sdtContent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2016270" cy="1512000"/>
                              <wp:docPr id="14" name="Picture 14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_quadro_intrusivo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6270" cy="1512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0A6338"/>
                        <w:sz w:val="16"/>
                        <w:caps/>
                      </w:rPr>
                      <w:t xml:space="preserve">RAMAL </w:t>
                    </w:r>
                    <w:fldSimple w:instr=" SEQ Ramal \# 00 ">
                      <w:r>
                        <w:rPr>
                          <w:rFonts w:ascii="Arial" w:hAnsi="Arial" w:cs="Arial"/>
                          <w:b/>
                          <w:color w:val="0A6338"/>
                          <w:sz w:val="16"/>
                          <w:caps/>
                        </w:rPr>
                        <w:t xml:space="preserve">12</w:t>
                      </w:r>
                    </w:fldSimple>
                  </w:p>
                  <w:p>
                    <w:pPr>
                      <w:spacing w:after="0"/>
                      <w:jc w:val="center"/>
                    </w:pPr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Min.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inuto do vídeo"/>
                        <w:tag w:val="Minuto do vídeo"/>
                        <w:id w:val="844013509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mm:ss</w:t>
                        </w:r>
                      </w:sdtContent>
                    </w:sdt>
                    <w:r>
                      <w:rPr>
                        <w:rFonts w:ascii="Arial" w:hAnsi="Arial" w:cs="Arial"/>
                        <w:b/>
                        <w:sz w:val="15"/>
                        <w:caps/>
                      </w:rPr>
                      <w:t xml:space="preserve">  Hor.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Horário"/>
                        <w:tag w:val="Horário"/>
                        <w:id w:val="844013510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hh:mm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Metragem"/>
                        <w:tag w:val="Metragem"/>
                        <w:id w:val="844013511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0,00</w:t>
                        </w:r>
                      </w:sdtContent>
                    </w:sdt>
                    <w:r>
                      <w:rPr>
                        <w:rFonts w:ascii="Arial" w:hAnsi="Arial" w:cs="Arial"/>
                        <w:sz w:val="15"/>
                        <w:caps/>
                      </w:rPr>
                      <w:t xml:space="preserve"> m  ·  </w:t>
                    </w: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Posição"/>
                        <w:tag w:val="Posição"/>
                        <w:id w:val="844013512"/>
                        <w:showingPlcHdr/>
                        <w:comboBox>
                          <w:listItem w:displayText="1 h" w:value="1 h"/>
                          <w:listItem w:displayText="2 h" w:value="2 h"/>
                          <w:listItem w:displayText="3 h" w:value="3 h"/>
                          <w:listItem w:displayText="4 h" w:value="4 h"/>
                          <w:listItem w:displayText="5 h" w:value="5 h"/>
                          <w:listItem w:displayText="6 h" w:value="6 h"/>
                          <w:listItem w:displayText="7 h" w:value="7 h"/>
                          <w:listItem w:displayText="8 h" w:value="8 h"/>
                          <w:listItem w:displayText="9 h" w:value="9 h"/>
                          <w:listItem w:displayText="10 h" w:value="10 h"/>
                          <w:listItem w:displayText="11 h" w:value="11 h"/>
                          <w:listItem w:displayText="12 h" w:value="12 h"/>
                        </w:comboBox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posição (h)</w:t>
                        </w:r>
                      </w:sdtContent>
                    </w:sdt>
                  </w:p>
                  <w:p>
                    <w:pPr>
                      <w:spacing w:after="0"/>
                      <w:jc w:val="center"/>
                    </w:pPr>
                    <w:sdt>
                      <w:sdtPr>
                        <w:rPr>
                          <w:rFonts w:ascii="Arial" w:hAnsi="Arial" w:cs="Arial"/>
                          <w:sz w:val="15"/>
                          <w:caps/>
                        </w:rPr>
                        <w:alias w:val="Avanço / observação"/>
                        <w:tag w:val="Avanço / observação"/>
                        <w:id w:val="844013513"/>
                        <w:showingPlcHdr/>
                        <w:text/>
                      </w:sdtPr>
                      <w:sdtContent>
                        <w:r>
                          <w:rPr>
                            <w:rFonts w:ascii="Arial" w:hAnsi="Arial" w:cs="Arial"/>
                            <w:color w:val="8A94A3"/>
                            <w:sz w:val="15"/>
                            <w:caps/>
                          </w:rPr>
                          <w:t xml:space="preserve">avanço / obs.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041" w:right="850" w:bottom="1020" w:left="85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103"/>
      <w:gridCol w:w="5103"/>
    </w:tblGrid>
    <w:tr>
      <w:tc>
        <w:tcPr>
          <w:tcW w:type="dxa" w:w="7961"/>
        </w:tcPr>
        <w:p>
          <w:r>
            <w:rPr>
              <w:color w:val="5B6B81"/>
              <w:sz w:val="15"/>
            </w:rPr>
            <w:t>FO-SEESMT 008 · Rev. 1 · Emitido em 03/11/2026 · Contrato 11152185/23</w:t>
          </w:r>
        </w:p>
      </w:tc>
      <w:tc>
        <w:tcPr>
          <w:tcW w:type="dxa" w:w="2245"/>
        </w:tcPr>
        <w:p>
          <w:pPr>
            <w:jc w:val="right"/>
          </w:pPr>
          <w:r>
            <w:rPr>
              <w:b/>
              <w:color w:val="0A6338"/>
              <w:sz w:val="16"/>
            </w:rPr>
            <w:t xml:space="preserve">Página </w:t>
          </w:r>
          <w:r>
            <w:rPr>
              <w:b/>
              <w:color w:val="0A6338"/>
              <w:sz w:val="16"/>
            </w:rPr>
            <w:fldChar w:fldCharType="begin"/>
            <w:instrText xml:space="preserve"> PAGE </w:instrText>
            <w:fldChar w:fldCharType="separate"/>
            <w:t>1</w:t>
            <w:fldChar w:fldCharType="end"/>
          </w:r>
          <w:r>
            <w:rPr>
              <w:b/>
              <w:color w:val="0A6338"/>
              <w:sz w:val="16"/>
            </w:rPr>
            <w:t xml:space="preserve"> de </w:t>
          </w:r>
          <w:r>
            <w:rPr>
              <w:b/>
              <w:color w:val="0A6338"/>
              <w:sz w:val="16"/>
            </w:rPr>
            <w:fldChar w:fldCharType="begin"/>
            <w:instrText xml:space="preserve"> NUMPAGES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1440155</wp:posOffset>
          </wp:positionH>
          <wp:positionV relativeFrom="page">
            <wp:posOffset>3080351</wp:posOffset>
          </wp:positionV>
          <wp:extent cx="4680000" cy="4531428"/>
          <wp:effectExtent l="0" t="0" r="0" b="0"/>
          <wp:wrapNone/>
          <wp:docPr id="3" name="Picture 3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marca_dagua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680000" cy="4531429"/>
                  </a:xfrm>
                  <a:prstGeom prst="rect"/>
                </pic:spPr>
              </pic:pic>
            </a:graphicData>
          </a:graphic>
        </wp:anchor>
      </w:drawing>
    </w:r>
  </w:p>
  <w:tbl>
    <w:tblPr>
      <w:tblW w:type="auto" w:w="0"/>
      <w:tblLook w:firstColumn="1" w:firstRow="1" w:lastColumn="0" w:lastRow="0" w:noHBand="0" w:noVBand="1" w:val="04A0"/>
      <w:jc w:val="center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402"/>
      <w:gridCol w:w="3402"/>
      <w:gridCol w:w="3402"/>
    </w:tblGrid>
    <w:tr>
      <w:tc>
        <w:tcPr>
          <w:tcW w:type="dxa" w:w="1701"/>
          <w:vAlign w:val="center"/>
        </w:tcPr>
        <w:p>
          <w:r>
            <w:drawing>
              <wp:inline xmlns:a="http://schemas.openxmlformats.org/drawingml/2006/main" xmlns:pic="http://schemas.openxmlformats.org/drawingml/2006/picture">
                <wp:extent cx="743607" cy="72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mn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3607" cy="72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031"/>
          <w:vAlign w:val="center"/>
        </w:tcPr>
        <w:p>
          <w:pPr>
            <w:jc w:val="center"/>
          </w:pPr>
          <w:r>
            <w:rPr>
              <w:b/>
              <w:color w:val="0F8A4C"/>
              <w:sz w:val="16"/>
              <w:caps/>
            </w:rPr>
            <w:t>CONSÓRCIO CMNC II</w:t>
          </w:r>
        </w:p>
        <w:p>
          <w:pPr>
            <w:jc w:val="center"/>
          </w:pPr>
          <w:sdt>
            <w:sdtPr>
              <w:rPr>
                <w:rFonts w:ascii="Arial" w:hAnsi="Arial" w:cs="Arial"/>
                <w:b/>
                <w:sz w:val="25"/>
                <w:color w:val="0A6338"/>
                <w:caps/>
              </w:rPr>
              <w:alias w:val="Título"/>
              <w:tag w:val="Título"/>
              <w:id w:val="844013361"/>
              <w:text/>
            </w:sdtPr>
            <w:sdtContent>
              <w:r>
                <w:rPr>
                  <w:rFonts w:ascii="Arial" w:hAnsi="Arial" w:cs="Arial"/>
                  <w:b/>
                  <w:sz w:val="25"/>
                  <w:color w:val="0A6338"/>
                  <w:caps/>
                </w:rPr>
                <w:t xml:space="preserve">RELATÓRIO TÉCNICO DE TELEVISIONAMENTO</w:t>
              </w:r>
            </w:sdtContent>
          </w:sdt>
          <w:r>
            <w:rPr>
              <w:b/>
              <w:color w:val="0A6338"/>
              <w:sz w:val="25"/>
              <w:caps/>
            </w:rPr>
            <w:t xml:space="preserve"> — </w:t>
          </w:r>
          <w:sdt>
            <w:sdtPr>
              <w:rPr>
                <w:rFonts w:ascii="Arial" w:hAnsi="Arial" w:cs="Arial"/>
                <w:b/>
                <w:sz w:val="25"/>
                <w:color w:val="0A6338"/>
                <w:caps/>
              </w:rPr>
              <w:alias w:val="Endereço"/>
              <w:tag w:val="Endereço"/>
              <w:id w:val="844013362"/>
              <w:showingPlcHdr/>
              <w:text/>
            </w:sdtPr>
            <w:sdtContent>
              <w:r>
                <w:rPr>
                  <w:rFonts w:ascii="Arial" w:hAnsi="Arial" w:cs="Arial"/>
                  <w:color w:val="8A94A3"/>
                  <w:sz w:val="25"/>
                  <w:caps/>
                </w:rPr>
                <w:t xml:space="preserve">ENDEREÇO, Nº</w:t>
              </w:r>
            </w:sdtContent>
          </w:sdt>
        </w:p>
        <w:p>
          <w:pPr>
            <w:jc w:val="center"/>
          </w:pPr>
          <w:r>
            <w:rPr>
              <w:rFonts w:ascii="Arial" w:hAnsi="Arial" w:cs="Arial"/>
              <w:color w:val="5B6B81"/>
              <w:sz w:val="16"/>
              <w:caps/>
            </w:rPr>
            <w:t xml:space="preserve">POLO JARDINS · CONSÓRCIO CMNC II</w:t>
          </w:r>
        </w:p>
      </w:tc>
      <w:tc>
        <w:tcPr>
          <w:tcW w:type="dxa" w:w="1474"/>
          <w:vAlign w:val="center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40640" cy="61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sabesp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0640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0206"/>
    </w:tblGrid>
    <w:tr>
      <w:trPr>
        <w:trHeight w:val="68" w:hRule="exact"/>
      </w:trPr>
      <w:tc>
        <w:tcPr>
          <w:tcW w:type="dxa" w:w="10206"/>
          <w:shd w:val="clear" w:color="auto" w:fill="0A6338"/>
        </w:tcPr>
        <w:p>
          <w:pPr>
            <w:spacing w:after="0"/>
          </w:pPr>
          <w:r>
            <w:rPr>
              <w:sz w:val="2"/>
            </w:rPr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0F1B2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